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10C9B" w14:textId="053152E6" w:rsidR="000C4FEC" w:rsidRPr="003633E0" w:rsidRDefault="00657AAF" w:rsidP="00E91ABE">
      <w:pPr>
        <w:jc w:val="center"/>
        <w:rPr>
          <w:b/>
          <w:bCs/>
          <w:color w:val="000000" w:themeColor="text1"/>
          <w:sz w:val="28"/>
          <w:szCs w:val="28"/>
        </w:rPr>
      </w:pPr>
      <w:bookmarkStart w:id="0" w:name="_Hlk198148469"/>
      <w:r w:rsidRPr="0008423E"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86FB4E" wp14:editId="30FC6A26">
                <wp:simplePos x="0" y="0"/>
                <wp:positionH relativeFrom="margin">
                  <wp:posOffset>1245870</wp:posOffset>
                </wp:positionH>
                <wp:positionV relativeFrom="paragraph">
                  <wp:posOffset>41910</wp:posOffset>
                </wp:positionV>
                <wp:extent cx="4324350" cy="1219200"/>
                <wp:effectExtent l="57150" t="38100" r="76200" b="95250"/>
                <wp:wrapNone/>
                <wp:docPr id="667310498" name="Retângulo: Cantos Arredondado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1219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BF110" w14:textId="77777777" w:rsidR="00657AAF" w:rsidRPr="0043694B" w:rsidRDefault="00657AAF" w:rsidP="00657AAF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3694B">
                              <w:rPr>
                                <w:rFonts w:ascii="Perpetua" w:hAnsi="Perpetua"/>
                                <w:b/>
                                <w:bCs/>
                                <w:sz w:val="28"/>
                                <w:szCs w:val="28"/>
                              </w:rPr>
                              <w:t>PREFEITURA MUNICIPAL DE DIVINA PASTORA/SE</w:t>
                            </w:r>
                          </w:p>
                          <w:p w14:paraId="2A4BC66F" w14:textId="244E97A5" w:rsidR="00657AAF" w:rsidRDefault="00657AAF" w:rsidP="00657AAF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28"/>
                                <w:szCs w:val="28"/>
                              </w:rPr>
                              <w:t>PLANO ESTRATÉGICO INSTITUCIONAL</w:t>
                            </w:r>
                          </w:p>
                          <w:p w14:paraId="39CEAD5C" w14:textId="572C68FC" w:rsidR="00657AAF" w:rsidRPr="0043694B" w:rsidRDefault="00657AAF" w:rsidP="00657AAF">
                            <w:pPr>
                              <w:jc w:val="center"/>
                              <w:rPr>
                                <w:rFonts w:ascii="Perpetua" w:hAnsi="Perpetu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erpetua" w:hAnsi="Perpetua"/>
                                <w:b/>
                                <w:bCs/>
                                <w:sz w:val="28"/>
                                <w:szCs w:val="28"/>
                              </w:rPr>
                              <w:t>2025-2028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6FB4E" id="Retângulo: Cantos Arredondados 5" o:spid="_x0000_s1026" style="position:absolute;left:0;text-align:left;margin-left:98.1pt;margin-top:3.3pt;width:340.5pt;height:9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7ABF110" w14:textId="77777777" w:rsidR="00657AAF" w:rsidRPr="0043694B" w:rsidRDefault="00657AAF" w:rsidP="00657AAF">
                      <w:pPr>
                        <w:jc w:val="center"/>
                        <w:rPr>
                          <w:rFonts w:ascii="Perpetua" w:hAnsi="Perpetua"/>
                          <w:b/>
                          <w:bCs/>
                          <w:sz w:val="28"/>
                          <w:szCs w:val="28"/>
                        </w:rPr>
                      </w:pPr>
                      <w:r w:rsidRPr="0043694B">
                        <w:rPr>
                          <w:rFonts w:ascii="Perpetua" w:hAnsi="Perpetua"/>
                          <w:b/>
                          <w:bCs/>
                          <w:sz w:val="28"/>
                          <w:szCs w:val="28"/>
                        </w:rPr>
                        <w:t>PREFEITURA MUNICIPAL DE DIVINA PASTORA/SE</w:t>
                      </w:r>
                    </w:p>
                    <w:p w14:paraId="2A4BC66F" w14:textId="244E97A5" w:rsidR="00657AAF" w:rsidRDefault="00657AAF" w:rsidP="00657AAF">
                      <w:pPr>
                        <w:jc w:val="center"/>
                        <w:rPr>
                          <w:rFonts w:ascii="Perpetua" w:hAnsi="Perpetu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Perpetua" w:hAnsi="Perpetua"/>
                          <w:b/>
                          <w:bCs/>
                          <w:sz w:val="28"/>
                          <w:szCs w:val="28"/>
                        </w:rPr>
                        <w:t>PLANO ESTRATÉGICO INSTITUCIONAL</w:t>
                      </w:r>
                    </w:p>
                    <w:p w14:paraId="39CEAD5C" w14:textId="572C68FC" w:rsidR="00657AAF" w:rsidRPr="0043694B" w:rsidRDefault="00657AAF" w:rsidP="00657AAF">
                      <w:pPr>
                        <w:jc w:val="center"/>
                        <w:rPr>
                          <w:rFonts w:ascii="Perpetua" w:hAnsi="Perpetu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Perpetua" w:hAnsi="Perpetua"/>
                          <w:b/>
                          <w:bCs/>
                          <w:sz w:val="28"/>
                          <w:szCs w:val="28"/>
                        </w:rPr>
                        <w:t>2025-2028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633E0" w:rsidRPr="003633E0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072" behindDoc="1" locked="0" layoutInCell="1" allowOverlap="1" wp14:anchorId="200ACEF5" wp14:editId="7F510678">
            <wp:simplePos x="0" y="0"/>
            <wp:positionH relativeFrom="column">
              <wp:posOffset>5707380</wp:posOffset>
            </wp:positionH>
            <wp:positionV relativeFrom="paragraph">
              <wp:posOffset>-373380</wp:posOffset>
            </wp:positionV>
            <wp:extent cx="1478280" cy="1029351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8788" cy="103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3E0" w:rsidRPr="003633E0"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324F8A1" wp14:editId="4E131969">
            <wp:simplePos x="0" y="0"/>
            <wp:positionH relativeFrom="column">
              <wp:posOffset>-299720</wp:posOffset>
            </wp:positionH>
            <wp:positionV relativeFrom="paragraph">
              <wp:posOffset>-266700</wp:posOffset>
            </wp:positionV>
            <wp:extent cx="1488626" cy="9601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sao2_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8626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FFDD2" w14:textId="1C0C84AA" w:rsidR="00E91ABE" w:rsidRDefault="00000000">
      <w:r>
        <w:br/>
      </w:r>
    </w:p>
    <w:p w14:paraId="1E976384" w14:textId="28FC91BD" w:rsidR="00657AAF" w:rsidRDefault="003176B1" w:rsidP="00657AAF">
      <w:pPr>
        <w:ind w:firstLine="1418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E0980B3" wp14:editId="07449448">
            <wp:simplePos x="0" y="0"/>
            <wp:positionH relativeFrom="margin">
              <wp:align>right</wp:align>
            </wp:positionH>
            <wp:positionV relativeFrom="paragraph">
              <wp:posOffset>628015</wp:posOffset>
            </wp:positionV>
            <wp:extent cx="6324600" cy="7059930"/>
            <wp:effectExtent l="171450" t="190500" r="190500" b="198120"/>
            <wp:wrapSquare wrapText="bothSides"/>
            <wp:docPr id="500702157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02157" name="Imagem 5007021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059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14826" w14:textId="30D65160" w:rsidR="00657AAF" w:rsidRPr="00026625" w:rsidRDefault="00CC6BAC" w:rsidP="00657AAF">
      <w:pPr>
        <w:spacing w:before="113"/>
        <w:ind w:right="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AE602D" wp14:editId="35FAAE7A">
                <wp:simplePos x="0" y="0"/>
                <wp:positionH relativeFrom="margin">
                  <wp:posOffset>2217420</wp:posOffset>
                </wp:positionH>
                <wp:positionV relativeFrom="paragraph">
                  <wp:posOffset>20320</wp:posOffset>
                </wp:positionV>
                <wp:extent cx="2827020" cy="1173480"/>
                <wp:effectExtent l="0" t="0" r="11430" b="26670"/>
                <wp:wrapNone/>
                <wp:docPr id="1860964446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11734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EFB54" w14:textId="08D2A0A4" w:rsidR="00657AAF" w:rsidRPr="00657AAF" w:rsidRDefault="00657AAF" w:rsidP="00657A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E42AF">
                              <w:rPr>
                                <w:b/>
                                <w:bCs/>
                              </w:rPr>
                              <w:t>PODER EXECUTIVO</w:t>
                            </w:r>
                          </w:p>
                          <w:p w14:paraId="76E56B3D" w14:textId="77777777" w:rsidR="00657AAF" w:rsidRPr="002E42AF" w:rsidRDefault="00657AAF" w:rsidP="00657A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E42AF">
                              <w:rPr>
                                <w:b/>
                                <w:bCs/>
                              </w:rPr>
                              <w:t>IZABEL CRISRINA G. RODRIGUES VIEIRA</w:t>
                            </w:r>
                          </w:p>
                          <w:p w14:paraId="5A500CA7" w14:textId="77777777" w:rsidR="00657AAF" w:rsidRDefault="00657AAF" w:rsidP="00657AAF">
                            <w:pPr>
                              <w:jc w:val="center"/>
                            </w:pPr>
                            <w:r>
                              <w:t>PREFEITA</w:t>
                            </w:r>
                          </w:p>
                          <w:p w14:paraId="4C02487F" w14:textId="77777777" w:rsidR="00657AAF" w:rsidRDefault="00657AAF" w:rsidP="00657AAF">
                            <w:pPr>
                              <w:jc w:val="center"/>
                            </w:pPr>
                          </w:p>
                          <w:p w14:paraId="0EA40436" w14:textId="77777777" w:rsidR="00657AAF" w:rsidRDefault="00657AAF" w:rsidP="00657AAF">
                            <w:pPr>
                              <w:jc w:val="center"/>
                            </w:pPr>
                          </w:p>
                          <w:p w14:paraId="45423773" w14:textId="77777777" w:rsidR="00657AAF" w:rsidRPr="002E42AF" w:rsidRDefault="00657AAF" w:rsidP="00657A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E42AF">
                              <w:rPr>
                                <w:b/>
                                <w:bCs/>
                              </w:rPr>
                              <w:t>SHIRLEY GRACIELE LIMA SANTOS</w:t>
                            </w:r>
                          </w:p>
                          <w:p w14:paraId="18561A96" w14:textId="77777777" w:rsidR="00657AAF" w:rsidRDefault="00657AAF" w:rsidP="00657AAF">
                            <w:pPr>
                              <w:jc w:val="center"/>
                            </w:pPr>
                            <w:r>
                              <w:t>VICE PREFEITA</w:t>
                            </w:r>
                          </w:p>
                          <w:p w14:paraId="3A469DDF" w14:textId="77777777" w:rsidR="00657AAF" w:rsidRDefault="00657AAF" w:rsidP="00657AAF">
                            <w:pPr>
                              <w:jc w:val="center"/>
                            </w:pPr>
                          </w:p>
                          <w:p w14:paraId="42234263" w14:textId="77777777" w:rsidR="00657AAF" w:rsidRDefault="00657AAF" w:rsidP="00657AAF">
                            <w:pPr>
                              <w:jc w:val="center"/>
                            </w:pPr>
                          </w:p>
                          <w:p w14:paraId="5DB6A9A7" w14:textId="77777777" w:rsidR="00657AAF" w:rsidRDefault="00657AAF" w:rsidP="00657AAF">
                            <w:pPr>
                              <w:jc w:val="center"/>
                            </w:pPr>
                          </w:p>
                          <w:p w14:paraId="439755C4" w14:textId="77777777" w:rsidR="00657AAF" w:rsidRPr="002E42AF" w:rsidRDefault="00657AAF" w:rsidP="00657A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E42AF">
                              <w:rPr>
                                <w:b/>
                                <w:bCs/>
                              </w:rPr>
                              <w:t>DIVINA PASTORA/SE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E602D" id="_x0000_t202" coordsize="21600,21600" o:spt="202" path="m,l,21600r21600,l21600,xe">
                <v:stroke joinstyle="miter"/>
                <v:path gradientshapeok="t" o:connecttype="rect"/>
              </v:shapetype>
              <v:shape id="Caixa de Texto 44" o:spid="_x0000_s1027" type="#_x0000_t202" style="position:absolute;margin-left:174.6pt;margin-top:1.6pt;width:222.6pt;height:92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" fillcolor="white [3201]" strokecolor="#9bbb59 [3206]" strokeweight="2pt">
                <v:textbox>
                  <w:txbxContent>
                    <w:p w14:paraId="562EFB54" w14:textId="08D2A0A4" w:rsidR="00657AAF" w:rsidRPr="00657AAF" w:rsidRDefault="00657AAF" w:rsidP="00657A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E42AF">
                        <w:rPr>
                          <w:b/>
                          <w:bCs/>
                        </w:rPr>
                        <w:t>PODER EXECUTIVO</w:t>
                      </w:r>
                    </w:p>
                    <w:p w14:paraId="76E56B3D" w14:textId="77777777" w:rsidR="00657AAF" w:rsidRPr="002E42AF" w:rsidRDefault="00657AAF" w:rsidP="00657A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E42AF">
                        <w:rPr>
                          <w:b/>
                          <w:bCs/>
                        </w:rPr>
                        <w:t>IZABEL CRISRINA G. RODRIGUES VIEIRA</w:t>
                      </w:r>
                    </w:p>
                    <w:p w14:paraId="5A500CA7" w14:textId="77777777" w:rsidR="00657AAF" w:rsidRDefault="00657AAF" w:rsidP="00657AAF">
                      <w:pPr>
                        <w:jc w:val="center"/>
                      </w:pPr>
                      <w:r>
                        <w:t>PREFEITA</w:t>
                      </w:r>
                    </w:p>
                    <w:p w14:paraId="4C02487F" w14:textId="77777777" w:rsidR="00657AAF" w:rsidRDefault="00657AAF" w:rsidP="00657AAF">
                      <w:pPr>
                        <w:jc w:val="center"/>
                      </w:pPr>
                    </w:p>
                    <w:p w14:paraId="0EA40436" w14:textId="77777777" w:rsidR="00657AAF" w:rsidRDefault="00657AAF" w:rsidP="00657AAF">
                      <w:pPr>
                        <w:jc w:val="center"/>
                      </w:pPr>
                    </w:p>
                    <w:p w14:paraId="45423773" w14:textId="77777777" w:rsidR="00657AAF" w:rsidRPr="002E42AF" w:rsidRDefault="00657AAF" w:rsidP="00657A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E42AF">
                        <w:rPr>
                          <w:b/>
                          <w:bCs/>
                        </w:rPr>
                        <w:t>SHIRLEY GRACIELE LIMA SANTOS</w:t>
                      </w:r>
                    </w:p>
                    <w:p w14:paraId="18561A96" w14:textId="77777777" w:rsidR="00657AAF" w:rsidRDefault="00657AAF" w:rsidP="00657AAF">
                      <w:pPr>
                        <w:jc w:val="center"/>
                      </w:pPr>
                      <w:r>
                        <w:t>VICE PREFEITA</w:t>
                      </w:r>
                    </w:p>
                    <w:p w14:paraId="3A469DDF" w14:textId="77777777" w:rsidR="00657AAF" w:rsidRDefault="00657AAF" w:rsidP="00657AAF">
                      <w:pPr>
                        <w:jc w:val="center"/>
                      </w:pPr>
                    </w:p>
                    <w:p w14:paraId="42234263" w14:textId="77777777" w:rsidR="00657AAF" w:rsidRDefault="00657AAF" w:rsidP="00657AAF">
                      <w:pPr>
                        <w:jc w:val="center"/>
                      </w:pPr>
                    </w:p>
                    <w:p w14:paraId="5DB6A9A7" w14:textId="77777777" w:rsidR="00657AAF" w:rsidRDefault="00657AAF" w:rsidP="00657AAF">
                      <w:pPr>
                        <w:jc w:val="center"/>
                      </w:pPr>
                    </w:p>
                    <w:p w14:paraId="439755C4" w14:textId="77777777" w:rsidR="00657AAF" w:rsidRPr="002E42AF" w:rsidRDefault="00657AAF" w:rsidP="00657A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2E42AF">
                        <w:rPr>
                          <w:b/>
                          <w:bCs/>
                        </w:rPr>
                        <w:t>DIVINA PASTORA/SE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AAF" w:rsidRPr="0008423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</w:t>
      </w:r>
      <w:r w:rsidR="00657AAF" w:rsidRPr="0008423E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657AA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bookmarkStart w:id="1" w:name="_Hlk188909431"/>
      <w:bookmarkStart w:id="2" w:name="_Hlk188909551"/>
      <w:bookmarkEnd w:id="1"/>
      <w:bookmarkEnd w:id="2"/>
      <w:r w:rsidR="00657AAF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bookmarkStart w:id="3" w:name="_Hlk188909568"/>
      <w:bookmarkEnd w:id="3"/>
    </w:p>
    <w:p w14:paraId="4469BF08" w14:textId="6C7AFF46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D27F08" w14:textId="3C3994E2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029AD" w14:textId="082AA2EC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2BAE88" w14:textId="66B8FB05" w:rsidR="00657AAF" w:rsidRDefault="00CC6BAC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24CDCE" wp14:editId="5F6678CE">
                <wp:simplePos x="0" y="0"/>
                <wp:positionH relativeFrom="margin">
                  <wp:posOffset>1249680</wp:posOffset>
                </wp:positionH>
                <wp:positionV relativeFrom="paragraph">
                  <wp:posOffset>35560</wp:posOffset>
                </wp:positionV>
                <wp:extent cx="4869180" cy="7261860"/>
                <wp:effectExtent l="0" t="0" r="26670" b="15240"/>
                <wp:wrapNone/>
                <wp:docPr id="1232336831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180" cy="72618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61EAFA" w14:textId="312F12AE" w:rsidR="00657AAF" w:rsidRPr="00604124" w:rsidRDefault="00657AAF" w:rsidP="00657AA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ROL DOS SECRETÁRIOS MUNICIPAIS</w:t>
                            </w:r>
                          </w:p>
                          <w:p w14:paraId="460800B4" w14:textId="77777777" w:rsidR="00604124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JOSÉ INACIO PAES DOS SANTOS SILVA</w:t>
                            </w:r>
                          </w:p>
                          <w:p w14:paraId="4A61E396" w14:textId="3155DCE5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t>Secretaria Municipal de Controle Interno e Gestão-</w:t>
                            </w:r>
                            <w:r w:rsidRPr="00604124">
                              <w:rPr>
                                <w:b/>
                                <w:bCs/>
                              </w:rPr>
                              <w:t xml:space="preserve"> SMCIG</w:t>
                            </w:r>
                          </w:p>
                          <w:p w14:paraId="4E55A339" w14:textId="77777777" w:rsidR="00604124" w:rsidRPr="00604124" w:rsidRDefault="00604124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2864CCAF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JORGE ROBERTO MENDONÇA DE OLIVEIRA FILHO</w:t>
                            </w:r>
                          </w:p>
                          <w:p w14:paraId="157465A6" w14:textId="08C02081" w:rsidR="00657AAF" w:rsidRPr="00604124" w:rsidRDefault="00657AAF" w:rsidP="00604124">
                            <w:pPr>
                              <w:spacing w:after="0"/>
                            </w:pPr>
                            <w:r w:rsidRPr="00604124">
                              <w:t>Procuradoria Geral – PG</w:t>
                            </w:r>
                          </w:p>
                          <w:p w14:paraId="6C9DB3D9" w14:textId="77777777" w:rsidR="00604124" w:rsidRPr="00604124" w:rsidRDefault="00604124" w:rsidP="00604124">
                            <w:pPr>
                              <w:spacing w:after="0"/>
                            </w:pPr>
                          </w:p>
                          <w:p w14:paraId="2D6C3FE9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ANTONIO CARLOS SANTOS</w:t>
                            </w:r>
                          </w:p>
                          <w:p w14:paraId="27F55304" w14:textId="4DABBB38" w:rsidR="00657AAF" w:rsidRPr="00604124" w:rsidRDefault="00657AAF" w:rsidP="00604124">
                            <w:pPr>
                              <w:spacing w:after="0"/>
                            </w:pPr>
                            <w:r w:rsidRPr="00604124">
                              <w:t>Secretaria Municipal de Assuntos Parlamentares- SMAP</w:t>
                            </w:r>
                          </w:p>
                          <w:p w14:paraId="48C212E7" w14:textId="77777777" w:rsidR="00604124" w:rsidRPr="00604124" w:rsidRDefault="00604124" w:rsidP="00604124">
                            <w:pPr>
                              <w:spacing w:after="0"/>
                            </w:pPr>
                          </w:p>
                          <w:p w14:paraId="097E7655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NOLLET FEITOS VIEIRA</w:t>
                            </w:r>
                          </w:p>
                          <w:p w14:paraId="1313853F" w14:textId="503A42B0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t xml:space="preserve">Secretaria Municipal de Administração- </w:t>
                            </w:r>
                            <w:r w:rsidRPr="00604124">
                              <w:rPr>
                                <w:b/>
                                <w:bCs/>
                              </w:rPr>
                              <w:t>SMAD</w:t>
                            </w:r>
                          </w:p>
                          <w:p w14:paraId="5B691068" w14:textId="77777777" w:rsidR="00604124" w:rsidRPr="00604124" w:rsidRDefault="00604124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6EEB75BC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MARIA DA SAÚDE PEREIRA GOMES</w:t>
                            </w:r>
                          </w:p>
                          <w:p w14:paraId="4B1C6D6C" w14:textId="661D30A1" w:rsidR="00657AAF" w:rsidRPr="00604124" w:rsidRDefault="00657AAF" w:rsidP="00604124">
                            <w:pPr>
                              <w:spacing w:after="0"/>
                            </w:pPr>
                            <w:r w:rsidRPr="00604124">
                              <w:t>Chefe de Gabinete</w:t>
                            </w:r>
                          </w:p>
                          <w:p w14:paraId="7711DC76" w14:textId="77777777" w:rsidR="00604124" w:rsidRPr="00604124" w:rsidRDefault="00604124" w:rsidP="00604124">
                            <w:pPr>
                              <w:spacing w:after="0"/>
                            </w:pPr>
                          </w:p>
                          <w:p w14:paraId="1C9E9F4E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JORGE ROBERTO MENDONÇA DE OLIVEIRA</w:t>
                            </w:r>
                          </w:p>
                          <w:p w14:paraId="470986D6" w14:textId="08DF7066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t xml:space="preserve">Secretaria Municipal de Finança e Planejamento- </w:t>
                            </w:r>
                            <w:r w:rsidRPr="00604124">
                              <w:rPr>
                                <w:b/>
                                <w:bCs/>
                              </w:rPr>
                              <w:t>SMFP</w:t>
                            </w:r>
                          </w:p>
                          <w:p w14:paraId="508D36B8" w14:textId="77777777" w:rsidR="00604124" w:rsidRPr="00604124" w:rsidRDefault="00604124" w:rsidP="00604124">
                            <w:pPr>
                              <w:spacing w:after="0"/>
                            </w:pPr>
                          </w:p>
                          <w:p w14:paraId="5386A678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LENALDA NUNES SANTOS</w:t>
                            </w:r>
                          </w:p>
                          <w:p w14:paraId="6060490E" w14:textId="7EE7BFB5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t xml:space="preserve">Secretaria Municipal de Assistência Social- </w:t>
                            </w:r>
                            <w:r w:rsidRPr="00604124">
                              <w:rPr>
                                <w:b/>
                                <w:bCs/>
                              </w:rPr>
                              <w:t>SMAS</w:t>
                            </w:r>
                          </w:p>
                          <w:p w14:paraId="4613FC4A" w14:textId="77777777" w:rsidR="00604124" w:rsidRPr="00604124" w:rsidRDefault="00604124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68DF8675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EDIVALIANE MACIEL CHAGAS</w:t>
                            </w:r>
                          </w:p>
                          <w:p w14:paraId="5502EDBE" w14:textId="1BB28DF9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t xml:space="preserve">Secretaria Municipal de Saúde- </w:t>
                            </w:r>
                            <w:r w:rsidRPr="00604124">
                              <w:rPr>
                                <w:b/>
                                <w:bCs/>
                              </w:rPr>
                              <w:t>SMS</w:t>
                            </w:r>
                          </w:p>
                          <w:p w14:paraId="48ADF41B" w14:textId="77777777" w:rsidR="00604124" w:rsidRPr="00604124" w:rsidRDefault="00604124" w:rsidP="00604124">
                            <w:pPr>
                              <w:spacing w:after="0"/>
                            </w:pPr>
                          </w:p>
                          <w:p w14:paraId="6C678290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JOSÉ CLEVERTON DE SANTANA</w:t>
                            </w:r>
                          </w:p>
                          <w:p w14:paraId="1DE4BB57" w14:textId="2BFD4FD1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t xml:space="preserve">Secretaria Municipal de Esporte, Lazer e Turismo- </w:t>
                            </w:r>
                            <w:r w:rsidRPr="00604124">
                              <w:rPr>
                                <w:b/>
                                <w:bCs/>
                              </w:rPr>
                              <w:t>SMELT</w:t>
                            </w:r>
                          </w:p>
                          <w:p w14:paraId="7D866563" w14:textId="77777777" w:rsidR="00604124" w:rsidRPr="00604124" w:rsidRDefault="00604124" w:rsidP="00604124">
                            <w:pPr>
                              <w:spacing w:after="0"/>
                            </w:pPr>
                          </w:p>
                          <w:p w14:paraId="6AF3CC39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IVAN JOSÉ FERRAZ</w:t>
                            </w:r>
                          </w:p>
                          <w:p w14:paraId="25EE9BD2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t xml:space="preserve">Secretaria Municipal de Obras, Transportes e Serviços Urbanos- </w:t>
                            </w:r>
                            <w:r w:rsidRPr="00604124">
                              <w:rPr>
                                <w:b/>
                                <w:bCs/>
                              </w:rPr>
                              <w:t>SMOTSU</w:t>
                            </w:r>
                          </w:p>
                          <w:p w14:paraId="3478377F" w14:textId="77777777" w:rsidR="00604124" w:rsidRPr="00604124" w:rsidRDefault="00604124" w:rsidP="00604124">
                            <w:pPr>
                              <w:spacing w:after="0"/>
                            </w:pPr>
                          </w:p>
                          <w:p w14:paraId="239446DF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ERMESON LIMA DOS SANTOS</w:t>
                            </w:r>
                          </w:p>
                          <w:p w14:paraId="0A6F9209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t xml:space="preserve">Secretaria Municipal de Agricultura e Meio Ambiente- </w:t>
                            </w:r>
                            <w:r w:rsidRPr="00604124">
                              <w:rPr>
                                <w:b/>
                                <w:bCs/>
                              </w:rPr>
                              <w:t>SMAMA</w:t>
                            </w:r>
                          </w:p>
                          <w:p w14:paraId="295140DA" w14:textId="77777777" w:rsidR="00604124" w:rsidRPr="00604124" w:rsidRDefault="00604124" w:rsidP="00604124">
                            <w:pPr>
                              <w:spacing w:after="0"/>
                            </w:pPr>
                          </w:p>
                          <w:p w14:paraId="04BFBFEE" w14:textId="77777777" w:rsidR="00657AAF" w:rsidRPr="00604124" w:rsidRDefault="00657AAF" w:rsidP="00604124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604124">
                              <w:rPr>
                                <w:b/>
                                <w:bCs/>
                              </w:rPr>
                              <w:t>MARIA DO CARMO SANTOS LIMA</w:t>
                            </w:r>
                          </w:p>
                          <w:p w14:paraId="4B32D11F" w14:textId="77777777" w:rsidR="00657AAF" w:rsidRPr="00604124" w:rsidRDefault="00657AAF" w:rsidP="00604124">
                            <w:pPr>
                              <w:spacing w:after="0"/>
                            </w:pPr>
                            <w:r w:rsidRPr="00604124">
                              <w:t xml:space="preserve">Secretaria Municipal de Educação e Cultura- </w:t>
                            </w:r>
                            <w:r w:rsidRPr="00604124">
                              <w:rPr>
                                <w:b/>
                                <w:bCs/>
                              </w:rPr>
                              <w:t>SEMEC</w:t>
                            </w:r>
                          </w:p>
                          <w:p w14:paraId="079891B3" w14:textId="77777777" w:rsidR="00657AAF" w:rsidRPr="00604124" w:rsidRDefault="00657AAF" w:rsidP="00657AAF"/>
                          <w:p w14:paraId="58B7B0E0" w14:textId="40AC44F3" w:rsidR="00657AAF" w:rsidRPr="002E42AF" w:rsidRDefault="00657AAF" w:rsidP="0060412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4CDCE" id="_x0000_s1028" type="#_x0000_t202" style="position:absolute;left:0;text-align:left;margin-left:98.4pt;margin-top:2.8pt;width:383.4pt;height:571.8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" fillcolor="white [3201]" strokecolor="#9bbb59 [3206]" strokeweight="2pt">
                <v:textbox>
                  <w:txbxContent>
                    <w:p w14:paraId="6B61EAFA" w14:textId="312F12AE" w:rsidR="00657AAF" w:rsidRPr="00604124" w:rsidRDefault="00657AAF" w:rsidP="00657AA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ROL DOS SECRETÁRIOS MUNICIPAIS</w:t>
                      </w:r>
                    </w:p>
                    <w:p w14:paraId="460800B4" w14:textId="77777777" w:rsidR="00604124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JOSÉ INACIO PAES DOS SANTOS SILVA</w:t>
                      </w:r>
                    </w:p>
                    <w:p w14:paraId="4A61E396" w14:textId="3155DCE5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t>Secretaria Municipal de Controle Interno e Gestão-</w:t>
                      </w:r>
                      <w:r w:rsidRPr="00604124">
                        <w:rPr>
                          <w:b/>
                          <w:bCs/>
                        </w:rPr>
                        <w:t xml:space="preserve"> SMCIG</w:t>
                      </w:r>
                    </w:p>
                    <w:p w14:paraId="4E55A339" w14:textId="77777777" w:rsidR="00604124" w:rsidRPr="00604124" w:rsidRDefault="00604124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2864CCAF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JORGE ROBERTO MENDONÇA DE OLIVEIRA FILHO</w:t>
                      </w:r>
                    </w:p>
                    <w:p w14:paraId="157465A6" w14:textId="08C02081" w:rsidR="00657AAF" w:rsidRPr="00604124" w:rsidRDefault="00657AAF" w:rsidP="00604124">
                      <w:pPr>
                        <w:spacing w:after="0"/>
                      </w:pPr>
                      <w:r w:rsidRPr="00604124">
                        <w:t>Procuradoria Geral – PG</w:t>
                      </w:r>
                    </w:p>
                    <w:p w14:paraId="6C9DB3D9" w14:textId="77777777" w:rsidR="00604124" w:rsidRPr="00604124" w:rsidRDefault="00604124" w:rsidP="00604124">
                      <w:pPr>
                        <w:spacing w:after="0"/>
                      </w:pPr>
                    </w:p>
                    <w:p w14:paraId="2D6C3FE9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ANTONIO CARLOS SANTOS</w:t>
                      </w:r>
                    </w:p>
                    <w:p w14:paraId="27F55304" w14:textId="4DABBB38" w:rsidR="00657AAF" w:rsidRPr="00604124" w:rsidRDefault="00657AAF" w:rsidP="00604124">
                      <w:pPr>
                        <w:spacing w:after="0"/>
                      </w:pPr>
                      <w:r w:rsidRPr="00604124">
                        <w:t>Secretaria Municipal de Assuntos Parlamentares- SMAP</w:t>
                      </w:r>
                    </w:p>
                    <w:p w14:paraId="48C212E7" w14:textId="77777777" w:rsidR="00604124" w:rsidRPr="00604124" w:rsidRDefault="00604124" w:rsidP="00604124">
                      <w:pPr>
                        <w:spacing w:after="0"/>
                      </w:pPr>
                    </w:p>
                    <w:p w14:paraId="097E7655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NOLLET FEITOS VIEIRA</w:t>
                      </w:r>
                    </w:p>
                    <w:p w14:paraId="1313853F" w14:textId="503A42B0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t xml:space="preserve">Secretaria Municipal de Administração- </w:t>
                      </w:r>
                      <w:r w:rsidRPr="00604124">
                        <w:rPr>
                          <w:b/>
                          <w:bCs/>
                        </w:rPr>
                        <w:t>SMAD</w:t>
                      </w:r>
                    </w:p>
                    <w:p w14:paraId="5B691068" w14:textId="77777777" w:rsidR="00604124" w:rsidRPr="00604124" w:rsidRDefault="00604124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6EEB75BC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MARIA DA SAÚDE PEREIRA GOMES</w:t>
                      </w:r>
                    </w:p>
                    <w:p w14:paraId="4B1C6D6C" w14:textId="661D30A1" w:rsidR="00657AAF" w:rsidRPr="00604124" w:rsidRDefault="00657AAF" w:rsidP="00604124">
                      <w:pPr>
                        <w:spacing w:after="0"/>
                      </w:pPr>
                      <w:r w:rsidRPr="00604124">
                        <w:t>Chefe de Gabinete</w:t>
                      </w:r>
                    </w:p>
                    <w:p w14:paraId="7711DC76" w14:textId="77777777" w:rsidR="00604124" w:rsidRPr="00604124" w:rsidRDefault="00604124" w:rsidP="00604124">
                      <w:pPr>
                        <w:spacing w:after="0"/>
                      </w:pPr>
                    </w:p>
                    <w:p w14:paraId="1C9E9F4E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JORGE ROBERTO MENDONÇA DE OLIVEIRA</w:t>
                      </w:r>
                    </w:p>
                    <w:p w14:paraId="470986D6" w14:textId="08DF7066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t xml:space="preserve">Secretaria Municipal de Finança e Planejamento- </w:t>
                      </w:r>
                      <w:r w:rsidRPr="00604124">
                        <w:rPr>
                          <w:b/>
                          <w:bCs/>
                        </w:rPr>
                        <w:t>SMFP</w:t>
                      </w:r>
                    </w:p>
                    <w:p w14:paraId="508D36B8" w14:textId="77777777" w:rsidR="00604124" w:rsidRPr="00604124" w:rsidRDefault="00604124" w:rsidP="00604124">
                      <w:pPr>
                        <w:spacing w:after="0"/>
                      </w:pPr>
                    </w:p>
                    <w:p w14:paraId="5386A678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LENALDA NUNES SANTOS</w:t>
                      </w:r>
                    </w:p>
                    <w:p w14:paraId="6060490E" w14:textId="7EE7BFB5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t xml:space="preserve">Secretaria Municipal de Assistência Social- </w:t>
                      </w:r>
                      <w:r w:rsidRPr="00604124">
                        <w:rPr>
                          <w:b/>
                          <w:bCs/>
                        </w:rPr>
                        <w:t>SMAS</w:t>
                      </w:r>
                    </w:p>
                    <w:p w14:paraId="4613FC4A" w14:textId="77777777" w:rsidR="00604124" w:rsidRPr="00604124" w:rsidRDefault="00604124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68DF8675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EDIVALIANE MACIEL CHAGAS</w:t>
                      </w:r>
                    </w:p>
                    <w:p w14:paraId="5502EDBE" w14:textId="1BB28DF9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t xml:space="preserve">Secretaria Municipal de Saúde- </w:t>
                      </w:r>
                      <w:r w:rsidRPr="00604124">
                        <w:rPr>
                          <w:b/>
                          <w:bCs/>
                        </w:rPr>
                        <w:t>SMS</w:t>
                      </w:r>
                    </w:p>
                    <w:p w14:paraId="48ADF41B" w14:textId="77777777" w:rsidR="00604124" w:rsidRPr="00604124" w:rsidRDefault="00604124" w:rsidP="00604124">
                      <w:pPr>
                        <w:spacing w:after="0"/>
                      </w:pPr>
                    </w:p>
                    <w:p w14:paraId="6C678290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JOSÉ CLEVERTON DE SANTANA</w:t>
                      </w:r>
                    </w:p>
                    <w:p w14:paraId="1DE4BB57" w14:textId="2BFD4FD1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t xml:space="preserve">Secretaria Municipal de Esporte, Lazer e Turismo- </w:t>
                      </w:r>
                      <w:r w:rsidRPr="00604124">
                        <w:rPr>
                          <w:b/>
                          <w:bCs/>
                        </w:rPr>
                        <w:t>SMELT</w:t>
                      </w:r>
                    </w:p>
                    <w:p w14:paraId="7D866563" w14:textId="77777777" w:rsidR="00604124" w:rsidRPr="00604124" w:rsidRDefault="00604124" w:rsidP="00604124">
                      <w:pPr>
                        <w:spacing w:after="0"/>
                      </w:pPr>
                    </w:p>
                    <w:p w14:paraId="6AF3CC39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IVAN JOSÉ FERRAZ</w:t>
                      </w:r>
                    </w:p>
                    <w:p w14:paraId="25EE9BD2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t xml:space="preserve">Secretaria Municipal de Obras, Transportes e Serviços Urbanos- </w:t>
                      </w:r>
                      <w:r w:rsidRPr="00604124">
                        <w:rPr>
                          <w:b/>
                          <w:bCs/>
                        </w:rPr>
                        <w:t>SMOTSU</w:t>
                      </w:r>
                    </w:p>
                    <w:p w14:paraId="3478377F" w14:textId="77777777" w:rsidR="00604124" w:rsidRPr="00604124" w:rsidRDefault="00604124" w:rsidP="00604124">
                      <w:pPr>
                        <w:spacing w:after="0"/>
                      </w:pPr>
                    </w:p>
                    <w:p w14:paraId="239446DF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ERMESON LIMA DOS SANTOS</w:t>
                      </w:r>
                    </w:p>
                    <w:p w14:paraId="0A6F9209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t xml:space="preserve">Secretaria Municipal de Agricultura e Meio Ambiente- </w:t>
                      </w:r>
                      <w:r w:rsidRPr="00604124">
                        <w:rPr>
                          <w:b/>
                          <w:bCs/>
                        </w:rPr>
                        <w:t>SMAMA</w:t>
                      </w:r>
                    </w:p>
                    <w:p w14:paraId="295140DA" w14:textId="77777777" w:rsidR="00604124" w:rsidRPr="00604124" w:rsidRDefault="00604124" w:rsidP="00604124">
                      <w:pPr>
                        <w:spacing w:after="0"/>
                      </w:pPr>
                    </w:p>
                    <w:p w14:paraId="04BFBFEE" w14:textId="77777777" w:rsidR="00657AAF" w:rsidRPr="00604124" w:rsidRDefault="00657AAF" w:rsidP="00604124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604124">
                        <w:rPr>
                          <w:b/>
                          <w:bCs/>
                        </w:rPr>
                        <w:t>MARIA DO CARMO SANTOS LIMA</w:t>
                      </w:r>
                    </w:p>
                    <w:p w14:paraId="4B32D11F" w14:textId="77777777" w:rsidR="00657AAF" w:rsidRPr="00604124" w:rsidRDefault="00657AAF" w:rsidP="00604124">
                      <w:pPr>
                        <w:spacing w:after="0"/>
                      </w:pPr>
                      <w:r w:rsidRPr="00604124">
                        <w:t xml:space="preserve">Secretaria Municipal de Educação e Cultura- </w:t>
                      </w:r>
                      <w:r w:rsidRPr="00604124">
                        <w:rPr>
                          <w:b/>
                          <w:bCs/>
                        </w:rPr>
                        <w:t>SEMEC</w:t>
                      </w:r>
                    </w:p>
                    <w:p w14:paraId="079891B3" w14:textId="77777777" w:rsidR="00657AAF" w:rsidRPr="00604124" w:rsidRDefault="00657AAF" w:rsidP="00657AAF"/>
                    <w:p w14:paraId="58B7B0E0" w14:textId="40AC44F3" w:rsidR="00657AAF" w:rsidRPr="002E42AF" w:rsidRDefault="00657AAF" w:rsidP="00604124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38BB2" w14:textId="4F6E142E" w:rsidR="00657AAF" w:rsidRDefault="00657AAF" w:rsidP="00CC6BA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A301E8" w14:textId="74F5B873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8CFDBE" w14:textId="467FA920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EF4168" w14:textId="326F5C3C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D1563" w14:textId="525056BA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C1A524D" w14:textId="2F84B790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D43DEC" w14:textId="70F18108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585A95" w14:textId="12CB84DC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97C36D" w14:textId="33D65C51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30D00A" w14:textId="1C9B706E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A9E640" w14:textId="77777777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F2FE30" w14:textId="0A013BCC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E6895" w14:textId="77777777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CEDA40" w14:textId="77777777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B976C9D" w14:textId="77777777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EB90C" w14:textId="77777777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DDE7F" w14:textId="77777777" w:rsidR="00657AAF" w:rsidRDefault="00657AAF" w:rsidP="00657AA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CD7F83" w14:textId="77777777" w:rsidR="00657AAF" w:rsidRDefault="00657AAF" w:rsidP="00657AA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1D8E6" w14:textId="4AA64C7E" w:rsidR="00657AAF" w:rsidRDefault="00657AAF" w:rsidP="00604124">
      <w:pPr>
        <w:tabs>
          <w:tab w:val="left" w:pos="378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4165DBDB" w14:textId="77777777" w:rsidR="00604124" w:rsidRPr="00604124" w:rsidRDefault="00604124" w:rsidP="00604124">
      <w:pPr>
        <w:tabs>
          <w:tab w:val="left" w:pos="3780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FE697E1" w14:textId="77777777" w:rsidR="00657AAF" w:rsidRDefault="00657AAF" w:rsidP="00657AAF">
      <w:pPr>
        <w:jc w:val="both"/>
      </w:pPr>
    </w:p>
    <w:p w14:paraId="29EA4CA9" w14:textId="77777777" w:rsidR="00CC6BAC" w:rsidRDefault="00CC6BAC" w:rsidP="00657AAF">
      <w:pPr>
        <w:jc w:val="both"/>
      </w:pPr>
    </w:p>
    <w:p w14:paraId="08881883" w14:textId="6C4092B7" w:rsidR="003633E0" w:rsidRDefault="003633E0" w:rsidP="003633E0">
      <w:pPr>
        <w:ind w:firstLine="1418"/>
        <w:jc w:val="both"/>
      </w:pPr>
      <w:r>
        <w:lastRenderedPageBreak/>
        <w:t>O Plano estratégico institucional (PEI) D</w:t>
      </w:r>
      <w:r w:rsidR="00CC6BAC">
        <w:t>o</w:t>
      </w:r>
      <w:r>
        <w:t xml:space="preserve"> Município de Divina Pastora/SE, foi elaborado com base nas diretrizes do plano de governo eleita para o quadriênio 2025-2028 e nas boas práticas de planejamento da administração pública.</w:t>
      </w:r>
    </w:p>
    <w:p w14:paraId="03BD3484" w14:textId="77777777" w:rsidR="000C4FEC" w:rsidRDefault="00000000" w:rsidP="003176B1">
      <w:pPr>
        <w:pStyle w:val="Ttulo2"/>
        <w:ind w:firstLine="4962"/>
        <w:jc w:val="both"/>
        <w:rPr>
          <w:color w:val="000000" w:themeColor="text1"/>
        </w:rPr>
      </w:pPr>
      <w:r w:rsidRPr="003633E0">
        <w:rPr>
          <w:color w:val="000000" w:themeColor="text1"/>
        </w:rPr>
        <w:t>Missão</w:t>
      </w:r>
    </w:p>
    <w:p w14:paraId="07ECAD64" w14:textId="77777777" w:rsidR="003176B1" w:rsidRPr="003176B1" w:rsidRDefault="003176B1" w:rsidP="003176B1"/>
    <w:p w14:paraId="0C945997" w14:textId="77777777" w:rsidR="000C4FEC" w:rsidRDefault="00000000" w:rsidP="00CC6BAC">
      <w:pPr>
        <w:ind w:firstLine="1418"/>
        <w:jc w:val="both"/>
      </w:pPr>
      <w:r>
        <w:t>Promover o desenvolvimento social com justiça, eficiência, inclusão e transparência, garantindo serviços públicos de qualidade e valorização das potencialidades locais.</w:t>
      </w:r>
    </w:p>
    <w:p w14:paraId="323D9AB9" w14:textId="77777777" w:rsidR="000C4FEC" w:rsidRDefault="00000000" w:rsidP="003176B1">
      <w:pPr>
        <w:pStyle w:val="Ttulo2"/>
        <w:jc w:val="center"/>
        <w:rPr>
          <w:color w:val="000000" w:themeColor="text1"/>
        </w:rPr>
      </w:pPr>
      <w:r w:rsidRPr="003633E0">
        <w:rPr>
          <w:color w:val="000000" w:themeColor="text1"/>
        </w:rPr>
        <w:t>Visão</w:t>
      </w:r>
    </w:p>
    <w:p w14:paraId="0F582CE9" w14:textId="77777777" w:rsidR="003176B1" w:rsidRPr="003176B1" w:rsidRDefault="003176B1" w:rsidP="003176B1"/>
    <w:p w14:paraId="00656CC6" w14:textId="77777777" w:rsidR="000C4FEC" w:rsidRDefault="00000000" w:rsidP="00CC6BAC">
      <w:pPr>
        <w:ind w:firstLine="1418"/>
        <w:jc w:val="both"/>
      </w:pPr>
      <w:r>
        <w:t>Ser referência em gestão pública participativa e transparente, transformando Divina Pastora em um município com alto padrão de qualidade de vida.</w:t>
      </w:r>
    </w:p>
    <w:p w14:paraId="4E0A98EF" w14:textId="77777777" w:rsidR="000C4FEC" w:rsidRDefault="00000000" w:rsidP="003176B1">
      <w:pPr>
        <w:pStyle w:val="Ttulo2"/>
        <w:jc w:val="center"/>
        <w:rPr>
          <w:color w:val="000000" w:themeColor="text1"/>
        </w:rPr>
      </w:pPr>
      <w:r w:rsidRPr="003633E0">
        <w:rPr>
          <w:color w:val="000000" w:themeColor="text1"/>
        </w:rPr>
        <w:t>Valores</w:t>
      </w:r>
    </w:p>
    <w:p w14:paraId="0EA95DC0" w14:textId="77777777" w:rsidR="003176B1" w:rsidRPr="003176B1" w:rsidRDefault="003176B1" w:rsidP="003176B1"/>
    <w:p w14:paraId="0799DABA" w14:textId="77777777" w:rsidR="000C4FEC" w:rsidRDefault="00000000" w:rsidP="00CC6BAC">
      <w:pPr>
        <w:ind w:firstLine="1418"/>
        <w:jc w:val="both"/>
      </w:pPr>
      <w:r>
        <w:t>Ética, responsabilidade, compromisso com o cidadão, transparência, equidade e inovação.</w:t>
      </w:r>
    </w:p>
    <w:p w14:paraId="3468C187" w14:textId="77777777" w:rsidR="000C4FEC" w:rsidRDefault="00000000" w:rsidP="003176B1">
      <w:pPr>
        <w:pStyle w:val="Ttulo2"/>
        <w:jc w:val="center"/>
        <w:rPr>
          <w:color w:val="000000" w:themeColor="text1"/>
        </w:rPr>
      </w:pPr>
      <w:r w:rsidRPr="003633E0">
        <w:rPr>
          <w:color w:val="000000" w:themeColor="text1"/>
        </w:rPr>
        <w:t>Eixos Estratégicos</w:t>
      </w:r>
    </w:p>
    <w:p w14:paraId="7874E141" w14:textId="77777777" w:rsidR="003176B1" w:rsidRPr="003176B1" w:rsidRDefault="003176B1" w:rsidP="003176B1"/>
    <w:p w14:paraId="31D5151C" w14:textId="77777777" w:rsidR="000C4FEC" w:rsidRDefault="00000000" w:rsidP="00CC6BAC">
      <w:pPr>
        <w:ind w:firstLine="1418"/>
        <w:jc w:val="both"/>
      </w:pPr>
      <w:r>
        <w:t>A estrutura do PEI está organizada em seis eixos temáticos principais, derivados diretamente do plano de governo:</w:t>
      </w:r>
    </w:p>
    <w:p w14:paraId="5697AE6F" w14:textId="2A4CCAC0" w:rsidR="000C4FEC" w:rsidRDefault="00000000" w:rsidP="00CC6BAC">
      <w:pPr>
        <w:ind w:firstLine="1418"/>
      </w:pPr>
      <w:r>
        <w:t>- Saúde</w:t>
      </w:r>
      <w:r>
        <w:br/>
      </w:r>
      <w:r w:rsidR="00CC6BAC">
        <w:t xml:space="preserve">                             </w:t>
      </w:r>
      <w:r>
        <w:t>- Educação</w:t>
      </w:r>
      <w:r>
        <w:br/>
      </w:r>
      <w:r w:rsidR="00CC6BAC">
        <w:t xml:space="preserve">                             </w:t>
      </w:r>
      <w:r>
        <w:t>- Assistência Social</w:t>
      </w:r>
      <w:r>
        <w:br/>
      </w:r>
      <w:r w:rsidR="00CC6BAC">
        <w:t xml:space="preserve">                             </w:t>
      </w:r>
      <w:r>
        <w:t>- Agricultura, Pecuária e Meio Ambiente</w:t>
      </w:r>
      <w:r>
        <w:br/>
      </w:r>
      <w:r w:rsidR="00CC6BAC">
        <w:t xml:space="preserve">                             </w:t>
      </w:r>
      <w:r>
        <w:t>- Esporte, Lazer e Juventude</w:t>
      </w:r>
      <w:r>
        <w:br/>
      </w:r>
      <w:r w:rsidR="00CC6BAC">
        <w:t xml:space="preserve">                             </w:t>
      </w:r>
      <w:r>
        <w:t>- Cultura</w:t>
      </w:r>
    </w:p>
    <w:p w14:paraId="140BBB4F" w14:textId="77777777" w:rsidR="000C4FEC" w:rsidRDefault="00000000" w:rsidP="003176B1">
      <w:pPr>
        <w:pStyle w:val="Ttulo2"/>
        <w:jc w:val="center"/>
        <w:rPr>
          <w:color w:val="000000" w:themeColor="text1"/>
        </w:rPr>
      </w:pPr>
      <w:r w:rsidRPr="003633E0">
        <w:rPr>
          <w:color w:val="000000" w:themeColor="text1"/>
        </w:rPr>
        <w:t>Objetivos e Metas Estratégicas</w:t>
      </w:r>
    </w:p>
    <w:p w14:paraId="2F4D10D0" w14:textId="77777777" w:rsidR="003176B1" w:rsidRPr="003176B1" w:rsidRDefault="003176B1" w:rsidP="003176B1"/>
    <w:p w14:paraId="211D7727" w14:textId="77777777" w:rsidR="000C4FEC" w:rsidRDefault="00000000" w:rsidP="003176B1">
      <w:pPr>
        <w:ind w:firstLine="1418"/>
        <w:jc w:val="both"/>
      </w:pPr>
      <w:r>
        <w:t>Cada eixo possui objetivos estratégicos derivados das propostas apresentadas no plano de governo. As metas detalhadas serão incorporadas em um plano de ação específico por secretaria.</w:t>
      </w:r>
    </w:p>
    <w:p w14:paraId="0270E884" w14:textId="77777777" w:rsidR="000C4FEC" w:rsidRPr="003633E0" w:rsidRDefault="00000000" w:rsidP="003176B1">
      <w:pPr>
        <w:pStyle w:val="Ttulo2"/>
        <w:jc w:val="center"/>
        <w:rPr>
          <w:color w:val="000000" w:themeColor="text1"/>
        </w:rPr>
      </w:pPr>
      <w:r w:rsidRPr="003633E0">
        <w:rPr>
          <w:color w:val="000000" w:themeColor="text1"/>
        </w:rPr>
        <w:t>Governança e Monitoramento</w:t>
      </w:r>
    </w:p>
    <w:p w14:paraId="4094BF29" w14:textId="1DC48CED" w:rsidR="000C4FEC" w:rsidRDefault="00000000" w:rsidP="003176B1">
      <w:pPr>
        <w:ind w:firstLine="1418"/>
        <w:jc w:val="both"/>
      </w:pPr>
      <w:r>
        <w:br/>
      </w:r>
      <w:r w:rsidR="003176B1">
        <w:t xml:space="preserve">                             </w:t>
      </w:r>
      <w:r>
        <w:t xml:space="preserve">A implementação e monitoramento do PEI serão conduzidos por um Comitê de Governança Estratégica vinculado diretamente à Prefeita e ao Controle Interno. Os indicadores e metas serão revisados anualmente. </w:t>
      </w:r>
      <w:r>
        <w:br/>
      </w:r>
      <w:r w:rsidR="003176B1">
        <w:t xml:space="preserve">                             </w:t>
      </w:r>
      <w:r>
        <w:t>Esse plano integra o esforço institucional de adequação ao Programa Nacional de Transparência Pública, com foco na publicidade ativa, clareza dos instrumentos de planejamento e prestação de contas.</w:t>
      </w:r>
    </w:p>
    <w:p w14:paraId="25764C02" w14:textId="77777777" w:rsidR="000C4FEC" w:rsidRDefault="00000000">
      <w:r>
        <w:br w:type="page"/>
      </w:r>
    </w:p>
    <w:p w14:paraId="464EB77A" w14:textId="77777777" w:rsidR="000C4FEC" w:rsidRDefault="00000000" w:rsidP="00E91ABE">
      <w:pPr>
        <w:pStyle w:val="Ttulo1"/>
        <w:jc w:val="center"/>
        <w:rPr>
          <w:color w:val="000000" w:themeColor="text1"/>
        </w:rPr>
      </w:pPr>
      <w:r w:rsidRPr="00E91ABE">
        <w:rPr>
          <w:color w:val="000000" w:themeColor="text1"/>
        </w:rPr>
        <w:lastRenderedPageBreak/>
        <w:t>Plano de Ação Estratégico</w:t>
      </w:r>
    </w:p>
    <w:p w14:paraId="0D209A02" w14:textId="77777777" w:rsidR="003633E0" w:rsidRPr="003633E0" w:rsidRDefault="003633E0" w:rsidP="003633E0"/>
    <w:p w14:paraId="54E1997D" w14:textId="77777777" w:rsidR="000C4FEC" w:rsidRDefault="00000000">
      <w:r>
        <w:t>As ações abaixo estão organizadas por eixo estratégico, com metas, prazos e responsáveis, garantindo clareza para execução e monitoramento.</w:t>
      </w:r>
    </w:p>
    <w:p w14:paraId="6DCA25E7" w14:textId="77777777" w:rsidR="000C4FEC" w:rsidRDefault="00000000" w:rsidP="00E91ABE">
      <w:pPr>
        <w:pStyle w:val="Ttulo2"/>
        <w:jc w:val="center"/>
        <w:rPr>
          <w:color w:val="000000" w:themeColor="text1"/>
        </w:rPr>
      </w:pPr>
      <w:r w:rsidRPr="00E91ABE">
        <w:rPr>
          <w:color w:val="000000" w:themeColor="text1"/>
        </w:rPr>
        <w:t>Eixo Estratégico: Saúde</w:t>
      </w:r>
    </w:p>
    <w:p w14:paraId="4CC6A90B" w14:textId="77777777" w:rsidR="00E91ABE" w:rsidRPr="00E91ABE" w:rsidRDefault="00E91ABE" w:rsidP="00E91ABE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40"/>
        <w:gridCol w:w="2585"/>
        <w:gridCol w:w="1416"/>
        <w:gridCol w:w="1723"/>
        <w:gridCol w:w="1726"/>
      </w:tblGrid>
      <w:tr w:rsidR="000C4FEC" w14:paraId="3AC3AF7C" w14:textId="77777777" w:rsidTr="00E91ABE">
        <w:trPr>
          <w:jc w:val="center"/>
        </w:trPr>
        <w:tc>
          <w:tcPr>
            <w:tcW w:w="3375" w:type="dxa"/>
          </w:tcPr>
          <w:p w14:paraId="7F1CF26B" w14:textId="05EF6A56" w:rsidR="000C4FEC" w:rsidRPr="00E91ABE" w:rsidRDefault="00000000" w:rsidP="00E91ABE">
            <w:pPr>
              <w:jc w:val="center"/>
              <w:rPr>
                <w:b/>
                <w:bCs/>
              </w:rPr>
            </w:pPr>
            <w:r w:rsidRPr="00E91ABE">
              <w:rPr>
                <w:b/>
                <w:bCs/>
              </w:rPr>
              <w:t>A</w:t>
            </w:r>
            <w:r w:rsidR="00E91ABE">
              <w:rPr>
                <w:b/>
                <w:bCs/>
              </w:rPr>
              <w:t xml:space="preserve">ção </w:t>
            </w:r>
            <w:r w:rsidRPr="00E91ABE">
              <w:rPr>
                <w:b/>
                <w:bCs/>
              </w:rPr>
              <w:t>Prioritária</w:t>
            </w:r>
          </w:p>
        </w:tc>
        <w:tc>
          <w:tcPr>
            <w:tcW w:w="2606" w:type="dxa"/>
          </w:tcPr>
          <w:p w14:paraId="148CFB78" w14:textId="77777777" w:rsidR="000C4FEC" w:rsidRPr="00E91ABE" w:rsidRDefault="00000000" w:rsidP="00E91ABE">
            <w:pPr>
              <w:jc w:val="center"/>
              <w:rPr>
                <w:b/>
                <w:bCs/>
              </w:rPr>
            </w:pPr>
            <w:r w:rsidRPr="00E91ABE">
              <w:rPr>
                <w:b/>
                <w:bCs/>
              </w:rPr>
              <w:t>Objetivo</w:t>
            </w:r>
          </w:p>
        </w:tc>
        <w:tc>
          <w:tcPr>
            <w:tcW w:w="1417" w:type="dxa"/>
          </w:tcPr>
          <w:p w14:paraId="7F97E329" w14:textId="77777777" w:rsidR="000C4FEC" w:rsidRPr="00E91ABE" w:rsidRDefault="00000000" w:rsidP="00E91ABE">
            <w:pPr>
              <w:jc w:val="center"/>
              <w:rPr>
                <w:b/>
                <w:bCs/>
              </w:rPr>
            </w:pPr>
            <w:r w:rsidRPr="00E91ABE">
              <w:rPr>
                <w:b/>
                <w:bCs/>
              </w:rPr>
              <w:t>Prazo</w:t>
            </w:r>
          </w:p>
        </w:tc>
        <w:tc>
          <w:tcPr>
            <w:tcW w:w="1728" w:type="dxa"/>
          </w:tcPr>
          <w:p w14:paraId="00F2A16C" w14:textId="77777777" w:rsidR="000C4FEC" w:rsidRPr="00E91ABE" w:rsidRDefault="00000000" w:rsidP="00E91ABE">
            <w:pPr>
              <w:jc w:val="center"/>
              <w:rPr>
                <w:b/>
                <w:bCs/>
              </w:rPr>
            </w:pPr>
            <w:r w:rsidRPr="00E91ABE">
              <w:rPr>
                <w:b/>
                <w:bCs/>
              </w:rPr>
              <w:t>Responsável</w:t>
            </w:r>
          </w:p>
        </w:tc>
        <w:tc>
          <w:tcPr>
            <w:tcW w:w="1728" w:type="dxa"/>
          </w:tcPr>
          <w:p w14:paraId="772753B8" w14:textId="77777777" w:rsidR="000C4FEC" w:rsidRPr="00E91ABE" w:rsidRDefault="00000000" w:rsidP="00E91ABE">
            <w:pPr>
              <w:jc w:val="center"/>
              <w:rPr>
                <w:b/>
                <w:bCs/>
              </w:rPr>
            </w:pPr>
            <w:r w:rsidRPr="00E91ABE">
              <w:rPr>
                <w:b/>
                <w:bCs/>
              </w:rPr>
              <w:t>Indicador de Sucesso</w:t>
            </w:r>
          </w:p>
        </w:tc>
      </w:tr>
      <w:tr w:rsidR="000C4FEC" w14:paraId="203BC83E" w14:textId="77777777" w:rsidTr="00E91ABE">
        <w:trPr>
          <w:jc w:val="center"/>
        </w:trPr>
        <w:tc>
          <w:tcPr>
            <w:tcW w:w="3375" w:type="dxa"/>
          </w:tcPr>
          <w:p w14:paraId="002FEDCF" w14:textId="77777777" w:rsidR="000C4FEC" w:rsidRDefault="00000000" w:rsidP="00D77D8D">
            <w:r>
              <w:t>Criar centro de referência para crianças atípicas e pessoas com deficiência</w:t>
            </w:r>
          </w:p>
        </w:tc>
        <w:tc>
          <w:tcPr>
            <w:tcW w:w="2606" w:type="dxa"/>
          </w:tcPr>
          <w:p w14:paraId="49C2D5CC" w14:textId="77777777" w:rsidR="000C4FEC" w:rsidRDefault="00000000" w:rsidP="00D77D8D">
            <w:r>
              <w:t>Ampliar atendimento especializado e humanizado</w:t>
            </w:r>
          </w:p>
        </w:tc>
        <w:tc>
          <w:tcPr>
            <w:tcW w:w="1417" w:type="dxa"/>
          </w:tcPr>
          <w:p w14:paraId="7AC4BE62" w14:textId="77777777" w:rsidR="00E91ABE" w:rsidRDefault="00E91ABE" w:rsidP="00E91ABE">
            <w:pPr>
              <w:jc w:val="center"/>
            </w:pPr>
          </w:p>
          <w:p w14:paraId="773B4E46" w14:textId="77777777" w:rsidR="00E91ABE" w:rsidRDefault="00E91ABE" w:rsidP="00E91ABE">
            <w:pPr>
              <w:jc w:val="center"/>
            </w:pPr>
          </w:p>
          <w:p w14:paraId="5290C468" w14:textId="68C8B7AD" w:rsidR="000C4FEC" w:rsidRDefault="00000000" w:rsidP="00E91ABE">
            <w:pPr>
              <w:jc w:val="center"/>
            </w:pPr>
            <w:r>
              <w:t>2025</w:t>
            </w:r>
          </w:p>
        </w:tc>
        <w:tc>
          <w:tcPr>
            <w:tcW w:w="1728" w:type="dxa"/>
          </w:tcPr>
          <w:p w14:paraId="16CBB515" w14:textId="77777777" w:rsidR="000C4FEC" w:rsidRDefault="00000000">
            <w:r>
              <w:t>Secretaria de Saúde</w:t>
            </w:r>
          </w:p>
        </w:tc>
        <w:tc>
          <w:tcPr>
            <w:tcW w:w="1728" w:type="dxa"/>
          </w:tcPr>
          <w:p w14:paraId="1FEE9E4E" w14:textId="77777777" w:rsidR="000C4FEC" w:rsidRDefault="00000000">
            <w:r>
              <w:t>Centro implantado e em funcionamento</w:t>
            </w:r>
          </w:p>
        </w:tc>
      </w:tr>
      <w:tr w:rsidR="000C4FEC" w14:paraId="6604BA0E" w14:textId="77777777" w:rsidTr="00E91ABE">
        <w:trPr>
          <w:jc w:val="center"/>
        </w:trPr>
        <w:tc>
          <w:tcPr>
            <w:tcW w:w="3375" w:type="dxa"/>
          </w:tcPr>
          <w:p w14:paraId="307DA4F4" w14:textId="77777777" w:rsidR="000C4FEC" w:rsidRDefault="00000000" w:rsidP="00D77D8D">
            <w:r>
              <w:t>Ampliar programa de saúde mental com equipe multidisciplinar</w:t>
            </w:r>
          </w:p>
        </w:tc>
        <w:tc>
          <w:tcPr>
            <w:tcW w:w="2606" w:type="dxa"/>
          </w:tcPr>
          <w:p w14:paraId="5F2DE17B" w14:textId="77777777" w:rsidR="000C4FEC" w:rsidRDefault="00000000" w:rsidP="00D77D8D">
            <w:r>
              <w:t>Aumentar cobertura de atendimentos psicológicos e psiquiátricos</w:t>
            </w:r>
          </w:p>
        </w:tc>
        <w:tc>
          <w:tcPr>
            <w:tcW w:w="1417" w:type="dxa"/>
          </w:tcPr>
          <w:p w14:paraId="035F8DD9" w14:textId="77777777" w:rsidR="00E91ABE" w:rsidRDefault="00E91ABE" w:rsidP="00E91ABE">
            <w:pPr>
              <w:jc w:val="center"/>
            </w:pPr>
          </w:p>
          <w:p w14:paraId="133CE929" w14:textId="77777777" w:rsidR="00E91ABE" w:rsidRDefault="00E91ABE" w:rsidP="00E91ABE">
            <w:pPr>
              <w:jc w:val="center"/>
            </w:pPr>
          </w:p>
          <w:p w14:paraId="7E301867" w14:textId="03D165D9" w:rsidR="000C4FEC" w:rsidRDefault="00000000" w:rsidP="00E91ABE">
            <w:pPr>
              <w:jc w:val="center"/>
            </w:pPr>
            <w:r>
              <w:t>2025–2026</w:t>
            </w:r>
          </w:p>
        </w:tc>
        <w:tc>
          <w:tcPr>
            <w:tcW w:w="1728" w:type="dxa"/>
          </w:tcPr>
          <w:p w14:paraId="162516C4" w14:textId="77777777" w:rsidR="000C4FEC" w:rsidRDefault="00000000">
            <w:r>
              <w:t>Secretaria de Saúde</w:t>
            </w:r>
          </w:p>
        </w:tc>
        <w:tc>
          <w:tcPr>
            <w:tcW w:w="1728" w:type="dxa"/>
          </w:tcPr>
          <w:p w14:paraId="27E70DAF" w14:textId="77777777" w:rsidR="000C4FEC" w:rsidRDefault="00000000">
            <w:r>
              <w:t>Nº de atendimentos por mês</w:t>
            </w:r>
          </w:p>
        </w:tc>
      </w:tr>
      <w:tr w:rsidR="000C4FEC" w14:paraId="689738C1" w14:textId="77777777" w:rsidTr="00E91ABE">
        <w:trPr>
          <w:jc w:val="center"/>
        </w:trPr>
        <w:tc>
          <w:tcPr>
            <w:tcW w:w="3375" w:type="dxa"/>
          </w:tcPr>
          <w:p w14:paraId="5E628FDD" w14:textId="77777777" w:rsidR="000C4FEC" w:rsidRDefault="00000000" w:rsidP="00D77D8D">
            <w:r>
              <w:t>Criar programa de entrega de medicamentos a idosos</w:t>
            </w:r>
          </w:p>
        </w:tc>
        <w:tc>
          <w:tcPr>
            <w:tcW w:w="2606" w:type="dxa"/>
          </w:tcPr>
          <w:p w14:paraId="0635F6E4" w14:textId="77777777" w:rsidR="000C4FEC" w:rsidRDefault="00000000" w:rsidP="00D77D8D">
            <w:r>
              <w:t>Melhorar acesso a medicamentos essenciais</w:t>
            </w:r>
          </w:p>
        </w:tc>
        <w:tc>
          <w:tcPr>
            <w:tcW w:w="1417" w:type="dxa"/>
          </w:tcPr>
          <w:p w14:paraId="294B3B1F" w14:textId="77777777" w:rsidR="00E91ABE" w:rsidRDefault="00E91ABE" w:rsidP="00E91ABE">
            <w:pPr>
              <w:jc w:val="center"/>
            </w:pPr>
          </w:p>
          <w:p w14:paraId="5F4D47FE" w14:textId="22C98DA2" w:rsidR="000C4FEC" w:rsidRDefault="00000000" w:rsidP="00E91ABE">
            <w:pPr>
              <w:jc w:val="center"/>
            </w:pPr>
            <w:r>
              <w:t>2025</w:t>
            </w:r>
          </w:p>
        </w:tc>
        <w:tc>
          <w:tcPr>
            <w:tcW w:w="1728" w:type="dxa"/>
          </w:tcPr>
          <w:p w14:paraId="32CFB9D6" w14:textId="77777777" w:rsidR="000C4FEC" w:rsidRDefault="00000000">
            <w:r>
              <w:t>Secretaria de Saúde</w:t>
            </w:r>
          </w:p>
        </w:tc>
        <w:tc>
          <w:tcPr>
            <w:tcW w:w="1728" w:type="dxa"/>
          </w:tcPr>
          <w:p w14:paraId="6619030F" w14:textId="77777777" w:rsidR="000C4FEC" w:rsidRDefault="00000000">
            <w:r>
              <w:t>Nº de idosos atendidos</w:t>
            </w:r>
          </w:p>
        </w:tc>
      </w:tr>
      <w:tr w:rsidR="00D77D8D" w14:paraId="56743DA2" w14:textId="77777777" w:rsidTr="00E91ABE">
        <w:trPr>
          <w:jc w:val="center"/>
        </w:trPr>
        <w:tc>
          <w:tcPr>
            <w:tcW w:w="3375" w:type="dxa"/>
          </w:tcPr>
          <w:p w14:paraId="4DF6825C" w14:textId="274B4C47" w:rsidR="00D77D8D" w:rsidRDefault="00D77D8D" w:rsidP="00D77D8D">
            <w:r w:rsidRPr="00D77D8D">
              <w:t xml:space="preserve">Ampliar itens da farmácia básica do </w:t>
            </w:r>
            <w:r w:rsidR="003633E0">
              <w:t>município</w:t>
            </w:r>
            <w:r>
              <w:t>.</w:t>
            </w:r>
          </w:p>
        </w:tc>
        <w:tc>
          <w:tcPr>
            <w:tcW w:w="2606" w:type="dxa"/>
          </w:tcPr>
          <w:p w14:paraId="04F3EE93" w14:textId="090F9AEE" w:rsidR="00D77D8D" w:rsidRDefault="00D77D8D" w:rsidP="00D77D8D">
            <w:r w:rsidRPr="00D77D8D">
              <w:t>Garantir acesso a medicamentos essenciais</w:t>
            </w:r>
          </w:p>
        </w:tc>
        <w:tc>
          <w:tcPr>
            <w:tcW w:w="1417" w:type="dxa"/>
          </w:tcPr>
          <w:p w14:paraId="20F74EFD" w14:textId="77777777" w:rsidR="00D77D8D" w:rsidRDefault="00D77D8D" w:rsidP="00E91ABE">
            <w:pPr>
              <w:jc w:val="center"/>
            </w:pPr>
          </w:p>
          <w:p w14:paraId="1D142724" w14:textId="3082B21A" w:rsidR="00D77D8D" w:rsidRDefault="00D77D8D" w:rsidP="00E91ABE">
            <w:pPr>
              <w:jc w:val="center"/>
            </w:pPr>
            <w:r>
              <w:t>Permanente</w:t>
            </w:r>
          </w:p>
        </w:tc>
        <w:tc>
          <w:tcPr>
            <w:tcW w:w="1728" w:type="dxa"/>
          </w:tcPr>
          <w:p w14:paraId="292E4A39" w14:textId="53B70D36" w:rsidR="00D77D8D" w:rsidRDefault="00D77D8D">
            <w:r>
              <w:t>Secretaria de Saúde</w:t>
            </w:r>
          </w:p>
        </w:tc>
        <w:tc>
          <w:tcPr>
            <w:tcW w:w="1728" w:type="dxa"/>
          </w:tcPr>
          <w:p w14:paraId="6FE244BF" w14:textId="55C8EFE1" w:rsidR="00D77D8D" w:rsidRDefault="00D77D8D">
            <w:r w:rsidRPr="00D77D8D">
              <w:t>Nº de medicamentos disponíveis</w:t>
            </w:r>
          </w:p>
        </w:tc>
      </w:tr>
      <w:tr w:rsidR="00D77D8D" w14:paraId="18737B10" w14:textId="77777777" w:rsidTr="00E91ABE">
        <w:trPr>
          <w:jc w:val="center"/>
        </w:trPr>
        <w:tc>
          <w:tcPr>
            <w:tcW w:w="3375" w:type="dxa"/>
          </w:tcPr>
          <w:p w14:paraId="266771F2" w14:textId="33D0AD8A" w:rsidR="00D77D8D" w:rsidRPr="00D77D8D" w:rsidRDefault="00D77D8D" w:rsidP="00D77D8D">
            <w:r w:rsidRPr="00D77D8D">
              <w:t>Levar atendimento oftalmológico e odontológico às escolas</w:t>
            </w:r>
          </w:p>
        </w:tc>
        <w:tc>
          <w:tcPr>
            <w:tcW w:w="2606" w:type="dxa"/>
          </w:tcPr>
          <w:p w14:paraId="698B1DB7" w14:textId="7888058E" w:rsidR="00D77D8D" w:rsidRPr="00D77D8D" w:rsidRDefault="00D77D8D" w:rsidP="00D77D8D">
            <w:r w:rsidRPr="00D77D8D">
              <w:t>Prevenir e tratar problemas visuais e bucais em alunos</w:t>
            </w:r>
          </w:p>
        </w:tc>
        <w:tc>
          <w:tcPr>
            <w:tcW w:w="1417" w:type="dxa"/>
          </w:tcPr>
          <w:p w14:paraId="39F02B8C" w14:textId="77777777" w:rsidR="00D77D8D" w:rsidRDefault="00D77D8D" w:rsidP="00D77D8D">
            <w:pPr>
              <w:jc w:val="center"/>
            </w:pPr>
          </w:p>
          <w:p w14:paraId="18FFD64A" w14:textId="65639FA3" w:rsidR="00D77D8D" w:rsidRDefault="00D77D8D" w:rsidP="00D77D8D">
            <w:pPr>
              <w:jc w:val="center"/>
            </w:pPr>
            <w:r w:rsidRPr="00D77D8D">
              <w:t>Anual</w:t>
            </w:r>
          </w:p>
        </w:tc>
        <w:tc>
          <w:tcPr>
            <w:tcW w:w="1728" w:type="dxa"/>
          </w:tcPr>
          <w:p w14:paraId="29CCA26F" w14:textId="669B3553" w:rsidR="00D77D8D" w:rsidRDefault="00D77D8D" w:rsidP="00D77D8D">
            <w:r>
              <w:t>Secretaria de Saúde</w:t>
            </w:r>
          </w:p>
        </w:tc>
        <w:tc>
          <w:tcPr>
            <w:tcW w:w="1728" w:type="dxa"/>
          </w:tcPr>
          <w:p w14:paraId="2A805617" w14:textId="67D4A3D6" w:rsidR="00D77D8D" w:rsidRPr="00D77D8D" w:rsidRDefault="00D77D8D" w:rsidP="00D77D8D">
            <w:r w:rsidRPr="00D77D8D">
              <w:t>Nº de atendimentos escolares</w:t>
            </w:r>
          </w:p>
        </w:tc>
      </w:tr>
    </w:tbl>
    <w:p w14:paraId="62ED1CE7" w14:textId="77777777" w:rsidR="00D77D8D" w:rsidRDefault="00D77D8D"/>
    <w:p w14:paraId="397AD69F" w14:textId="77777777" w:rsidR="000C4FEC" w:rsidRPr="00E91ABE" w:rsidRDefault="00000000" w:rsidP="00E91ABE">
      <w:pPr>
        <w:pStyle w:val="Ttulo2"/>
        <w:jc w:val="center"/>
        <w:rPr>
          <w:color w:val="000000" w:themeColor="text1"/>
        </w:rPr>
      </w:pPr>
      <w:r w:rsidRPr="00E91ABE">
        <w:rPr>
          <w:color w:val="000000" w:themeColor="text1"/>
        </w:rPr>
        <w:t>Eixo Estratégico: Educação</w:t>
      </w:r>
    </w:p>
    <w:p w14:paraId="220D4044" w14:textId="77777777" w:rsidR="00E91ABE" w:rsidRPr="00E91ABE" w:rsidRDefault="00E91ABE" w:rsidP="00E91ABE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96"/>
        <w:gridCol w:w="2549"/>
        <w:gridCol w:w="1391"/>
        <w:gridCol w:w="1727"/>
        <w:gridCol w:w="1727"/>
      </w:tblGrid>
      <w:tr w:rsidR="000C4FEC" w14:paraId="469A021E" w14:textId="77777777" w:rsidTr="00FA567A">
        <w:trPr>
          <w:jc w:val="center"/>
        </w:trPr>
        <w:tc>
          <w:tcPr>
            <w:tcW w:w="3403" w:type="dxa"/>
          </w:tcPr>
          <w:p w14:paraId="388863F5" w14:textId="77777777" w:rsidR="000C4FEC" w:rsidRPr="00FA567A" w:rsidRDefault="00000000" w:rsidP="00E91ABE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Ação Prioritária</w:t>
            </w:r>
          </w:p>
        </w:tc>
        <w:tc>
          <w:tcPr>
            <w:tcW w:w="2552" w:type="dxa"/>
          </w:tcPr>
          <w:p w14:paraId="636F91CE" w14:textId="77777777" w:rsidR="000C4FEC" w:rsidRPr="00FA567A" w:rsidRDefault="00000000" w:rsidP="00E91ABE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Objetivo</w:t>
            </w:r>
          </w:p>
        </w:tc>
        <w:tc>
          <w:tcPr>
            <w:tcW w:w="1391" w:type="dxa"/>
          </w:tcPr>
          <w:p w14:paraId="4A3989F1" w14:textId="77777777" w:rsidR="000C4FEC" w:rsidRPr="00FA567A" w:rsidRDefault="00000000" w:rsidP="00E91ABE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Prazo</w:t>
            </w:r>
          </w:p>
        </w:tc>
        <w:tc>
          <w:tcPr>
            <w:tcW w:w="1728" w:type="dxa"/>
          </w:tcPr>
          <w:p w14:paraId="1C6DB0EE" w14:textId="77777777" w:rsidR="000C4FEC" w:rsidRPr="00FA567A" w:rsidRDefault="00000000" w:rsidP="00E91ABE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Responsável</w:t>
            </w:r>
          </w:p>
        </w:tc>
        <w:tc>
          <w:tcPr>
            <w:tcW w:w="1728" w:type="dxa"/>
          </w:tcPr>
          <w:p w14:paraId="37294DCA" w14:textId="77777777" w:rsidR="000C4FEC" w:rsidRPr="00FA567A" w:rsidRDefault="00000000" w:rsidP="00E91ABE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Indicador de Sucesso</w:t>
            </w:r>
          </w:p>
        </w:tc>
      </w:tr>
      <w:tr w:rsidR="000C4FEC" w14:paraId="7141483F" w14:textId="77777777" w:rsidTr="00FA567A">
        <w:trPr>
          <w:jc w:val="center"/>
        </w:trPr>
        <w:tc>
          <w:tcPr>
            <w:tcW w:w="3403" w:type="dxa"/>
          </w:tcPr>
          <w:p w14:paraId="1D501A88" w14:textId="77777777" w:rsidR="000C4FEC" w:rsidRDefault="00000000" w:rsidP="00FA567A">
            <w:pPr>
              <w:jc w:val="both"/>
            </w:pPr>
            <w:r>
              <w:t>Implantar programa 'Saúde e Bem-estar' nas escolas</w:t>
            </w:r>
          </w:p>
        </w:tc>
        <w:tc>
          <w:tcPr>
            <w:tcW w:w="2552" w:type="dxa"/>
          </w:tcPr>
          <w:p w14:paraId="2516A0E2" w14:textId="77777777" w:rsidR="000C4FEC" w:rsidRDefault="00000000" w:rsidP="00FA567A">
            <w:pPr>
              <w:jc w:val="both"/>
            </w:pPr>
            <w:r>
              <w:t>Garantir acompanhamento médico e odontológico</w:t>
            </w:r>
          </w:p>
        </w:tc>
        <w:tc>
          <w:tcPr>
            <w:tcW w:w="1391" w:type="dxa"/>
          </w:tcPr>
          <w:p w14:paraId="100B33F3" w14:textId="77777777" w:rsidR="00FA567A" w:rsidRDefault="00FA567A" w:rsidP="00FA567A">
            <w:pPr>
              <w:jc w:val="both"/>
            </w:pPr>
          </w:p>
          <w:p w14:paraId="7026D0E5" w14:textId="1C94B5B2" w:rsidR="000C4FEC" w:rsidRDefault="00000000" w:rsidP="00FA567A">
            <w:pPr>
              <w:jc w:val="both"/>
            </w:pPr>
            <w:r>
              <w:t>Semestral</w:t>
            </w:r>
          </w:p>
        </w:tc>
        <w:tc>
          <w:tcPr>
            <w:tcW w:w="1728" w:type="dxa"/>
          </w:tcPr>
          <w:p w14:paraId="1C28D662" w14:textId="77777777" w:rsidR="000C4FEC" w:rsidRDefault="00000000" w:rsidP="00FA567A">
            <w:pPr>
              <w:jc w:val="both"/>
            </w:pPr>
            <w:r>
              <w:t>Secretarias de Educação e Saúde</w:t>
            </w:r>
          </w:p>
        </w:tc>
        <w:tc>
          <w:tcPr>
            <w:tcW w:w="1728" w:type="dxa"/>
          </w:tcPr>
          <w:p w14:paraId="65B5245F" w14:textId="77777777" w:rsidR="000C4FEC" w:rsidRDefault="00000000" w:rsidP="00FA567A">
            <w:pPr>
              <w:jc w:val="both"/>
            </w:pPr>
            <w:r>
              <w:t>Nº de alunos atendidos</w:t>
            </w:r>
          </w:p>
        </w:tc>
      </w:tr>
      <w:tr w:rsidR="000C4FEC" w14:paraId="459FF04F" w14:textId="77777777" w:rsidTr="00FA567A">
        <w:trPr>
          <w:jc w:val="center"/>
        </w:trPr>
        <w:tc>
          <w:tcPr>
            <w:tcW w:w="3403" w:type="dxa"/>
          </w:tcPr>
          <w:p w14:paraId="707D7CC3" w14:textId="77777777" w:rsidR="000C4FEC" w:rsidRDefault="00000000" w:rsidP="00FA567A">
            <w:pPr>
              <w:jc w:val="both"/>
            </w:pPr>
            <w:r>
              <w:t>Criar programa de preparação para o Enem e concursos</w:t>
            </w:r>
          </w:p>
        </w:tc>
        <w:tc>
          <w:tcPr>
            <w:tcW w:w="2552" w:type="dxa"/>
          </w:tcPr>
          <w:p w14:paraId="192849FD" w14:textId="77777777" w:rsidR="000C4FEC" w:rsidRDefault="00000000" w:rsidP="00FA567A">
            <w:pPr>
              <w:jc w:val="both"/>
            </w:pPr>
            <w:r>
              <w:t>Apoiar ingresso no ensino superior e empregos públicos</w:t>
            </w:r>
          </w:p>
        </w:tc>
        <w:tc>
          <w:tcPr>
            <w:tcW w:w="1391" w:type="dxa"/>
          </w:tcPr>
          <w:p w14:paraId="32EEF8B2" w14:textId="77777777" w:rsidR="00FA567A" w:rsidRDefault="00FA567A" w:rsidP="00FA567A">
            <w:pPr>
              <w:jc w:val="both"/>
            </w:pPr>
          </w:p>
          <w:p w14:paraId="39AB4035" w14:textId="08728D10" w:rsidR="000C4FEC" w:rsidRDefault="00000000" w:rsidP="00FA567A">
            <w:pPr>
              <w:jc w:val="both"/>
            </w:pPr>
            <w:r>
              <w:t>2025</w:t>
            </w:r>
            <w:r w:rsidR="00FA567A">
              <w:t>-2026</w:t>
            </w:r>
          </w:p>
        </w:tc>
        <w:tc>
          <w:tcPr>
            <w:tcW w:w="1728" w:type="dxa"/>
          </w:tcPr>
          <w:p w14:paraId="79CB0E29" w14:textId="77777777" w:rsidR="000C4FEC" w:rsidRDefault="00000000" w:rsidP="00FA567A">
            <w:pPr>
              <w:jc w:val="both"/>
            </w:pPr>
            <w:r>
              <w:t>Secretaria de Educação</w:t>
            </w:r>
          </w:p>
        </w:tc>
        <w:tc>
          <w:tcPr>
            <w:tcW w:w="1728" w:type="dxa"/>
          </w:tcPr>
          <w:p w14:paraId="7DEB4416" w14:textId="77777777" w:rsidR="000C4FEC" w:rsidRDefault="00000000" w:rsidP="00FA567A">
            <w:pPr>
              <w:jc w:val="both"/>
            </w:pPr>
            <w:r>
              <w:t>Nº de participantes e aprovações</w:t>
            </w:r>
          </w:p>
        </w:tc>
      </w:tr>
      <w:tr w:rsidR="000C4FEC" w14:paraId="3413392E" w14:textId="77777777" w:rsidTr="00FA567A">
        <w:trPr>
          <w:jc w:val="center"/>
        </w:trPr>
        <w:tc>
          <w:tcPr>
            <w:tcW w:w="3403" w:type="dxa"/>
          </w:tcPr>
          <w:p w14:paraId="23D2EB54" w14:textId="77777777" w:rsidR="000C4FEC" w:rsidRDefault="00000000" w:rsidP="00FA567A">
            <w:pPr>
              <w:jc w:val="both"/>
            </w:pPr>
            <w:r>
              <w:t>Criar Espaço de Atendimento para alunos com dificuldade de aprendizagem</w:t>
            </w:r>
          </w:p>
        </w:tc>
        <w:tc>
          <w:tcPr>
            <w:tcW w:w="2552" w:type="dxa"/>
          </w:tcPr>
          <w:p w14:paraId="6D9ACD2E" w14:textId="77777777" w:rsidR="000C4FEC" w:rsidRDefault="00000000" w:rsidP="00FA567A">
            <w:pPr>
              <w:jc w:val="both"/>
            </w:pPr>
            <w:r>
              <w:t>Apoiar o aprendizado inclusivo</w:t>
            </w:r>
          </w:p>
        </w:tc>
        <w:tc>
          <w:tcPr>
            <w:tcW w:w="1391" w:type="dxa"/>
          </w:tcPr>
          <w:p w14:paraId="04A9631D" w14:textId="77777777" w:rsidR="00FA567A" w:rsidRDefault="00FA567A" w:rsidP="00FA567A">
            <w:pPr>
              <w:jc w:val="both"/>
            </w:pPr>
          </w:p>
          <w:p w14:paraId="66BE4B7B" w14:textId="54CE2D36" w:rsidR="000C4FEC" w:rsidRDefault="00000000" w:rsidP="00FA567A">
            <w:pPr>
              <w:jc w:val="both"/>
            </w:pPr>
            <w:r>
              <w:t>2025</w:t>
            </w:r>
            <w:r w:rsidR="00FA567A">
              <w:t>-2026</w:t>
            </w:r>
          </w:p>
        </w:tc>
        <w:tc>
          <w:tcPr>
            <w:tcW w:w="1728" w:type="dxa"/>
          </w:tcPr>
          <w:p w14:paraId="2D628B92" w14:textId="77777777" w:rsidR="000C4FEC" w:rsidRDefault="00000000" w:rsidP="00FA567A">
            <w:pPr>
              <w:jc w:val="both"/>
            </w:pPr>
            <w:r>
              <w:t>Secretaria de Educação</w:t>
            </w:r>
          </w:p>
        </w:tc>
        <w:tc>
          <w:tcPr>
            <w:tcW w:w="1728" w:type="dxa"/>
          </w:tcPr>
          <w:p w14:paraId="38912A5E" w14:textId="77777777" w:rsidR="000C4FEC" w:rsidRDefault="00000000" w:rsidP="00FA567A">
            <w:pPr>
              <w:jc w:val="both"/>
            </w:pPr>
            <w:r>
              <w:t>Espaço estruturado e alunos atendidos</w:t>
            </w:r>
          </w:p>
        </w:tc>
      </w:tr>
      <w:tr w:rsidR="00D77D8D" w14:paraId="7C9038F3" w14:textId="77777777" w:rsidTr="00FA567A">
        <w:trPr>
          <w:jc w:val="center"/>
        </w:trPr>
        <w:tc>
          <w:tcPr>
            <w:tcW w:w="3403" w:type="dxa"/>
          </w:tcPr>
          <w:p w14:paraId="074B8C01" w14:textId="431DBA6D" w:rsidR="00D77D8D" w:rsidRDefault="00D77D8D" w:rsidP="00FA567A">
            <w:pPr>
              <w:jc w:val="both"/>
            </w:pPr>
            <w:r w:rsidRPr="00D77D8D">
              <w:t>Garantir transporte para estudantes do município até Aracaju</w:t>
            </w:r>
          </w:p>
        </w:tc>
        <w:tc>
          <w:tcPr>
            <w:tcW w:w="2552" w:type="dxa"/>
          </w:tcPr>
          <w:p w14:paraId="7846C2CC" w14:textId="2B2DF33D" w:rsidR="00D77D8D" w:rsidRDefault="00D77D8D" w:rsidP="00FA567A">
            <w:pPr>
              <w:jc w:val="both"/>
            </w:pPr>
            <w:r w:rsidRPr="00D77D8D">
              <w:t>Ampliar acesso à educação técnica e superior</w:t>
            </w:r>
          </w:p>
        </w:tc>
        <w:tc>
          <w:tcPr>
            <w:tcW w:w="1391" w:type="dxa"/>
          </w:tcPr>
          <w:p w14:paraId="4DAC1467" w14:textId="58467393" w:rsidR="00D77D8D" w:rsidRDefault="00D77D8D" w:rsidP="00FA567A">
            <w:pPr>
              <w:jc w:val="both"/>
            </w:pPr>
            <w:r>
              <w:t xml:space="preserve">Permanente </w:t>
            </w:r>
          </w:p>
        </w:tc>
        <w:tc>
          <w:tcPr>
            <w:tcW w:w="1728" w:type="dxa"/>
          </w:tcPr>
          <w:p w14:paraId="5D979CD7" w14:textId="4DD1FCC1" w:rsidR="00D77D8D" w:rsidRDefault="00D77D8D" w:rsidP="00FA567A">
            <w:pPr>
              <w:jc w:val="both"/>
            </w:pPr>
            <w:r>
              <w:t>Secretaria de Educação</w:t>
            </w:r>
          </w:p>
        </w:tc>
        <w:tc>
          <w:tcPr>
            <w:tcW w:w="1728" w:type="dxa"/>
          </w:tcPr>
          <w:p w14:paraId="1C68D3C0" w14:textId="5FF1EC88" w:rsidR="00D77D8D" w:rsidRDefault="00D77D8D" w:rsidP="00FA567A">
            <w:pPr>
              <w:jc w:val="both"/>
            </w:pPr>
            <w:r w:rsidRPr="00D77D8D">
              <w:t>Nº de estudantes transportados</w:t>
            </w:r>
          </w:p>
        </w:tc>
      </w:tr>
      <w:tr w:rsidR="00D77D8D" w14:paraId="71426ACD" w14:textId="77777777" w:rsidTr="00FA567A">
        <w:trPr>
          <w:jc w:val="center"/>
        </w:trPr>
        <w:tc>
          <w:tcPr>
            <w:tcW w:w="3403" w:type="dxa"/>
          </w:tcPr>
          <w:p w14:paraId="0EF700E2" w14:textId="1C98DF33" w:rsidR="00D77D8D" w:rsidRDefault="00D77D8D" w:rsidP="00FA567A">
            <w:pPr>
              <w:jc w:val="both"/>
            </w:pPr>
            <w:r w:rsidRPr="00D77D8D">
              <w:t>Criar o Programa Escola Nota 1000</w:t>
            </w:r>
          </w:p>
        </w:tc>
        <w:tc>
          <w:tcPr>
            <w:tcW w:w="2552" w:type="dxa"/>
          </w:tcPr>
          <w:p w14:paraId="34E9A0DD" w14:textId="37A52C2F" w:rsidR="00D77D8D" w:rsidRDefault="00D77D8D" w:rsidP="00FA567A">
            <w:pPr>
              <w:jc w:val="both"/>
            </w:pPr>
            <w:r w:rsidRPr="00D77D8D">
              <w:t>Fomentar desempenho e organização escolar</w:t>
            </w:r>
          </w:p>
        </w:tc>
        <w:tc>
          <w:tcPr>
            <w:tcW w:w="1391" w:type="dxa"/>
          </w:tcPr>
          <w:p w14:paraId="01CD120F" w14:textId="27A4A719" w:rsidR="00D77D8D" w:rsidRDefault="00D77D8D" w:rsidP="00D77D8D">
            <w:pPr>
              <w:jc w:val="center"/>
            </w:pPr>
            <w:r>
              <w:t>2025</w:t>
            </w:r>
          </w:p>
        </w:tc>
        <w:tc>
          <w:tcPr>
            <w:tcW w:w="1728" w:type="dxa"/>
          </w:tcPr>
          <w:p w14:paraId="333A7FC6" w14:textId="0BDA612B" w:rsidR="00D77D8D" w:rsidRDefault="00D77D8D" w:rsidP="00FA567A">
            <w:pPr>
              <w:jc w:val="both"/>
            </w:pPr>
            <w:r>
              <w:t>Secretaria de Educação</w:t>
            </w:r>
          </w:p>
        </w:tc>
        <w:tc>
          <w:tcPr>
            <w:tcW w:w="1728" w:type="dxa"/>
          </w:tcPr>
          <w:p w14:paraId="66449CDB" w14:textId="36352E8E" w:rsidR="00D77D8D" w:rsidRDefault="00D77D8D" w:rsidP="00FA567A">
            <w:pPr>
              <w:jc w:val="both"/>
            </w:pPr>
            <w:r w:rsidRPr="00D77D8D">
              <w:t>Índice de participação e desempenho por escola</w:t>
            </w:r>
          </w:p>
        </w:tc>
      </w:tr>
    </w:tbl>
    <w:p w14:paraId="60857C2A" w14:textId="77777777" w:rsidR="000C4FEC" w:rsidRDefault="000C4FEC"/>
    <w:p w14:paraId="645E6099" w14:textId="77777777" w:rsidR="00D77D8D" w:rsidRDefault="00D77D8D"/>
    <w:p w14:paraId="7BF94B05" w14:textId="77777777" w:rsidR="000C4FEC" w:rsidRPr="00913D48" w:rsidRDefault="00000000" w:rsidP="00FA567A">
      <w:pPr>
        <w:pStyle w:val="Ttulo2"/>
        <w:jc w:val="center"/>
        <w:rPr>
          <w:color w:val="000000" w:themeColor="text1"/>
        </w:rPr>
      </w:pPr>
      <w:r w:rsidRPr="00913D48">
        <w:rPr>
          <w:color w:val="000000" w:themeColor="text1"/>
        </w:rPr>
        <w:t>Eixo Estratégico: Assistência Social</w:t>
      </w:r>
    </w:p>
    <w:p w14:paraId="098179C5" w14:textId="77777777" w:rsidR="00FA567A" w:rsidRPr="00FA567A" w:rsidRDefault="00FA567A" w:rsidP="00FA567A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326"/>
        <w:gridCol w:w="2606"/>
        <w:gridCol w:w="1368"/>
        <w:gridCol w:w="1728"/>
        <w:gridCol w:w="1728"/>
      </w:tblGrid>
      <w:tr w:rsidR="000C4FEC" w14:paraId="0715D922" w14:textId="77777777" w:rsidTr="00FA567A">
        <w:trPr>
          <w:jc w:val="center"/>
        </w:trPr>
        <w:tc>
          <w:tcPr>
            <w:tcW w:w="3326" w:type="dxa"/>
          </w:tcPr>
          <w:p w14:paraId="25BFF102" w14:textId="77777777" w:rsidR="000C4FEC" w:rsidRPr="00FA567A" w:rsidRDefault="00000000" w:rsidP="00FA567A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Ação Prioritária</w:t>
            </w:r>
          </w:p>
        </w:tc>
        <w:tc>
          <w:tcPr>
            <w:tcW w:w="2606" w:type="dxa"/>
          </w:tcPr>
          <w:p w14:paraId="4F8DACAC" w14:textId="77777777" w:rsidR="000C4FEC" w:rsidRPr="00FA567A" w:rsidRDefault="00000000" w:rsidP="00FA567A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Objetivo</w:t>
            </w:r>
          </w:p>
        </w:tc>
        <w:tc>
          <w:tcPr>
            <w:tcW w:w="1368" w:type="dxa"/>
          </w:tcPr>
          <w:p w14:paraId="09261F40" w14:textId="77777777" w:rsidR="000C4FEC" w:rsidRPr="00FA567A" w:rsidRDefault="00000000" w:rsidP="00FA567A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Prazo</w:t>
            </w:r>
          </w:p>
        </w:tc>
        <w:tc>
          <w:tcPr>
            <w:tcW w:w="1728" w:type="dxa"/>
          </w:tcPr>
          <w:p w14:paraId="168988C9" w14:textId="77777777" w:rsidR="000C4FEC" w:rsidRPr="00FA567A" w:rsidRDefault="00000000" w:rsidP="00FA567A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Responsável</w:t>
            </w:r>
          </w:p>
        </w:tc>
        <w:tc>
          <w:tcPr>
            <w:tcW w:w="1728" w:type="dxa"/>
          </w:tcPr>
          <w:p w14:paraId="355132C7" w14:textId="77777777" w:rsidR="000C4FEC" w:rsidRPr="00FA567A" w:rsidRDefault="00000000" w:rsidP="00FA567A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Indicador de Sucesso</w:t>
            </w:r>
          </w:p>
        </w:tc>
      </w:tr>
      <w:tr w:rsidR="000C4FEC" w14:paraId="3124E7F3" w14:textId="77777777" w:rsidTr="00FA567A">
        <w:trPr>
          <w:jc w:val="center"/>
        </w:trPr>
        <w:tc>
          <w:tcPr>
            <w:tcW w:w="3326" w:type="dxa"/>
          </w:tcPr>
          <w:p w14:paraId="6C37A2D9" w14:textId="77777777" w:rsidR="000C4FEC" w:rsidRDefault="00000000" w:rsidP="00FA567A">
            <w:r>
              <w:t>Criar Programa Documento Fácil</w:t>
            </w:r>
          </w:p>
        </w:tc>
        <w:tc>
          <w:tcPr>
            <w:tcW w:w="2606" w:type="dxa"/>
          </w:tcPr>
          <w:p w14:paraId="2D6F5332" w14:textId="77777777" w:rsidR="000C4FEC" w:rsidRDefault="00000000" w:rsidP="00FA567A">
            <w:r>
              <w:t>Facilitar acesso à cidadania</w:t>
            </w:r>
          </w:p>
        </w:tc>
        <w:tc>
          <w:tcPr>
            <w:tcW w:w="1368" w:type="dxa"/>
          </w:tcPr>
          <w:p w14:paraId="3B79F4A7" w14:textId="77777777" w:rsidR="00FA567A" w:rsidRDefault="00FA567A" w:rsidP="00FA567A">
            <w:pPr>
              <w:jc w:val="center"/>
            </w:pPr>
          </w:p>
          <w:p w14:paraId="22D78274" w14:textId="637FDE24" w:rsidR="000C4FEC" w:rsidRDefault="00000000" w:rsidP="00FA567A">
            <w:pPr>
              <w:jc w:val="center"/>
            </w:pPr>
            <w:r>
              <w:t>2025</w:t>
            </w:r>
            <w:r w:rsidR="00FA567A">
              <w:t>-2026</w:t>
            </w:r>
          </w:p>
        </w:tc>
        <w:tc>
          <w:tcPr>
            <w:tcW w:w="1728" w:type="dxa"/>
          </w:tcPr>
          <w:p w14:paraId="40B45516" w14:textId="77777777" w:rsidR="000C4FEC" w:rsidRDefault="00000000">
            <w:r>
              <w:t>Secretaria de Assistência Social</w:t>
            </w:r>
          </w:p>
        </w:tc>
        <w:tc>
          <w:tcPr>
            <w:tcW w:w="1728" w:type="dxa"/>
          </w:tcPr>
          <w:p w14:paraId="613108A1" w14:textId="77777777" w:rsidR="000C4FEC" w:rsidRDefault="00000000">
            <w:r>
              <w:t>Nº de documentos emitidos</w:t>
            </w:r>
          </w:p>
        </w:tc>
      </w:tr>
      <w:tr w:rsidR="000C4FEC" w14:paraId="735017EC" w14:textId="77777777" w:rsidTr="00FA567A">
        <w:trPr>
          <w:jc w:val="center"/>
        </w:trPr>
        <w:tc>
          <w:tcPr>
            <w:tcW w:w="3326" w:type="dxa"/>
          </w:tcPr>
          <w:p w14:paraId="6FE3187C" w14:textId="77777777" w:rsidR="000C4FEC" w:rsidRDefault="00000000">
            <w:r>
              <w:t>Implantar o Projeto Nascer Feliz</w:t>
            </w:r>
          </w:p>
        </w:tc>
        <w:tc>
          <w:tcPr>
            <w:tcW w:w="2606" w:type="dxa"/>
          </w:tcPr>
          <w:p w14:paraId="762F4AA0" w14:textId="77777777" w:rsidR="000C4FEC" w:rsidRDefault="00000000">
            <w:r>
              <w:t>Apoiar gestantes e reduzir riscos na gravidez</w:t>
            </w:r>
          </w:p>
        </w:tc>
        <w:tc>
          <w:tcPr>
            <w:tcW w:w="1368" w:type="dxa"/>
          </w:tcPr>
          <w:p w14:paraId="5EA2A56C" w14:textId="77777777" w:rsidR="00FA567A" w:rsidRDefault="00FA567A" w:rsidP="00FA567A">
            <w:pPr>
              <w:jc w:val="center"/>
            </w:pPr>
          </w:p>
          <w:p w14:paraId="0F4EC674" w14:textId="50AB81E2" w:rsidR="000C4FEC" w:rsidRDefault="00000000" w:rsidP="00FA567A">
            <w:pPr>
              <w:jc w:val="center"/>
            </w:pPr>
            <w:r>
              <w:t>2025–2028</w:t>
            </w:r>
          </w:p>
        </w:tc>
        <w:tc>
          <w:tcPr>
            <w:tcW w:w="1728" w:type="dxa"/>
          </w:tcPr>
          <w:p w14:paraId="5C1FFA06" w14:textId="77777777" w:rsidR="000C4FEC" w:rsidRDefault="00000000">
            <w:r>
              <w:t>Secretaria de Assistência Social</w:t>
            </w:r>
          </w:p>
        </w:tc>
        <w:tc>
          <w:tcPr>
            <w:tcW w:w="1728" w:type="dxa"/>
          </w:tcPr>
          <w:p w14:paraId="51C7A6A0" w14:textId="77777777" w:rsidR="000C4FEC" w:rsidRDefault="00000000">
            <w:r>
              <w:t>Nº de gestantes atendidas</w:t>
            </w:r>
          </w:p>
        </w:tc>
      </w:tr>
      <w:tr w:rsidR="000C4FEC" w14:paraId="73424899" w14:textId="77777777" w:rsidTr="00FA567A">
        <w:trPr>
          <w:jc w:val="center"/>
        </w:trPr>
        <w:tc>
          <w:tcPr>
            <w:tcW w:w="3326" w:type="dxa"/>
          </w:tcPr>
          <w:p w14:paraId="62B2A3BB" w14:textId="77777777" w:rsidR="000C4FEC" w:rsidRDefault="00000000">
            <w:r>
              <w:t>Fortalecer e ampliar o CRAS e CREAS</w:t>
            </w:r>
          </w:p>
        </w:tc>
        <w:tc>
          <w:tcPr>
            <w:tcW w:w="2606" w:type="dxa"/>
          </w:tcPr>
          <w:p w14:paraId="7A402575" w14:textId="77777777" w:rsidR="000C4FEC" w:rsidRDefault="00000000">
            <w:r>
              <w:t>Melhorar cobertura da assistência</w:t>
            </w:r>
          </w:p>
        </w:tc>
        <w:tc>
          <w:tcPr>
            <w:tcW w:w="1368" w:type="dxa"/>
          </w:tcPr>
          <w:p w14:paraId="30B9D07B" w14:textId="77777777" w:rsidR="00FA567A" w:rsidRDefault="00FA567A" w:rsidP="00FA567A">
            <w:pPr>
              <w:jc w:val="center"/>
            </w:pPr>
          </w:p>
          <w:p w14:paraId="09E9E242" w14:textId="47BCCAB8" w:rsidR="000C4FEC" w:rsidRDefault="00000000" w:rsidP="00FA567A">
            <w:pPr>
              <w:jc w:val="center"/>
            </w:pPr>
            <w:r>
              <w:t>2026</w:t>
            </w:r>
          </w:p>
        </w:tc>
        <w:tc>
          <w:tcPr>
            <w:tcW w:w="1728" w:type="dxa"/>
          </w:tcPr>
          <w:p w14:paraId="6C99AF0D" w14:textId="77777777" w:rsidR="000C4FEC" w:rsidRDefault="00000000">
            <w:r>
              <w:t>Secretaria de Assistência Social</w:t>
            </w:r>
          </w:p>
        </w:tc>
        <w:tc>
          <w:tcPr>
            <w:tcW w:w="1728" w:type="dxa"/>
          </w:tcPr>
          <w:p w14:paraId="5EDD84F3" w14:textId="77777777" w:rsidR="000C4FEC" w:rsidRDefault="00000000">
            <w:r>
              <w:t>Nº de atendimentos sociais realizados</w:t>
            </w:r>
          </w:p>
        </w:tc>
      </w:tr>
      <w:tr w:rsidR="00913D48" w14:paraId="264FC559" w14:textId="77777777" w:rsidTr="00FA567A">
        <w:trPr>
          <w:jc w:val="center"/>
        </w:trPr>
        <w:tc>
          <w:tcPr>
            <w:tcW w:w="3326" w:type="dxa"/>
          </w:tcPr>
          <w:p w14:paraId="544A7489" w14:textId="5FC2C094" w:rsidR="00913D48" w:rsidRDefault="00913D48" w:rsidP="00913D48">
            <w:r w:rsidRPr="00913D48">
              <w:t>Criar o Programa Morar Bem</w:t>
            </w:r>
          </w:p>
        </w:tc>
        <w:tc>
          <w:tcPr>
            <w:tcW w:w="2606" w:type="dxa"/>
          </w:tcPr>
          <w:p w14:paraId="47658203" w14:textId="6824B736" w:rsidR="00913D48" w:rsidRDefault="00913D48" w:rsidP="00913D48">
            <w:r w:rsidRPr="00913D48">
              <w:t>Apoiar construção e reforma de moradias populares</w:t>
            </w:r>
          </w:p>
        </w:tc>
        <w:tc>
          <w:tcPr>
            <w:tcW w:w="1368" w:type="dxa"/>
          </w:tcPr>
          <w:p w14:paraId="140D5B24" w14:textId="77777777" w:rsidR="00913D48" w:rsidRDefault="00913D48" w:rsidP="00913D48">
            <w:pPr>
              <w:jc w:val="center"/>
            </w:pPr>
          </w:p>
          <w:p w14:paraId="1C39898E" w14:textId="4AF42A73" w:rsidR="00913D48" w:rsidRDefault="00913D48" w:rsidP="00913D48">
            <w:pPr>
              <w:jc w:val="center"/>
            </w:pPr>
            <w:r>
              <w:t>2025-2028</w:t>
            </w:r>
          </w:p>
        </w:tc>
        <w:tc>
          <w:tcPr>
            <w:tcW w:w="1728" w:type="dxa"/>
          </w:tcPr>
          <w:p w14:paraId="665EC59B" w14:textId="6B9351CD" w:rsidR="00913D48" w:rsidRDefault="00913D48" w:rsidP="00913D48">
            <w:r>
              <w:t>Secretaria de Assistência Social</w:t>
            </w:r>
          </w:p>
        </w:tc>
        <w:tc>
          <w:tcPr>
            <w:tcW w:w="1728" w:type="dxa"/>
          </w:tcPr>
          <w:p w14:paraId="5CCFADEA" w14:textId="28793E66" w:rsidR="00913D48" w:rsidRDefault="00913D48" w:rsidP="00913D48">
            <w:r w:rsidRPr="00913D48">
              <w:t>Nº de famílias beneficiadas</w:t>
            </w:r>
          </w:p>
        </w:tc>
      </w:tr>
      <w:tr w:rsidR="00913D48" w14:paraId="2D67FD32" w14:textId="77777777" w:rsidTr="00FA567A">
        <w:trPr>
          <w:jc w:val="center"/>
        </w:trPr>
        <w:tc>
          <w:tcPr>
            <w:tcW w:w="3326" w:type="dxa"/>
          </w:tcPr>
          <w:p w14:paraId="4BD06E98" w14:textId="7EA78A2B" w:rsidR="00913D48" w:rsidRPr="00913D48" w:rsidRDefault="00913D48" w:rsidP="00913D48">
            <w:r w:rsidRPr="00913D48">
              <w:t>Ampliar programas de lazer para idosos</w:t>
            </w:r>
          </w:p>
        </w:tc>
        <w:tc>
          <w:tcPr>
            <w:tcW w:w="2606" w:type="dxa"/>
          </w:tcPr>
          <w:p w14:paraId="162FA9CB" w14:textId="144ED95A" w:rsidR="00913D48" w:rsidRDefault="00913D48" w:rsidP="00913D48">
            <w:r w:rsidRPr="00913D48">
              <w:t>Garantir inclusão e qualidade de vida</w:t>
            </w:r>
          </w:p>
        </w:tc>
        <w:tc>
          <w:tcPr>
            <w:tcW w:w="1368" w:type="dxa"/>
          </w:tcPr>
          <w:p w14:paraId="3D918BCA" w14:textId="303862E2" w:rsidR="00913D48" w:rsidRDefault="00913D48" w:rsidP="00913D48">
            <w:pPr>
              <w:jc w:val="center"/>
            </w:pPr>
            <w:r>
              <w:t>Anual</w:t>
            </w:r>
          </w:p>
        </w:tc>
        <w:tc>
          <w:tcPr>
            <w:tcW w:w="1728" w:type="dxa"/>
          </w:tcPr>
          <w:p w14:paraId="13ACA352" w14:textId="59CB4E76" w:rsidR="00913D48" w:rsidRDefault="00913D48" w:rsidP="00913D48">
            <w:r>
              <w:t>Secretaria de Assistência Social</w:t>
            </w:r>
          </w:p>
        </w:tc>
        <w:tc>
          <w:tcPr>
            <w:tcW w:w="1728" w:type="dxa"/>
          </w:tcPr>
          <w:p w14:paraId="61023995" w14:textId="4B59BD16" w:rsidR="00913D48" w:rsidRDefault="00913D48" w:rsidP="00913D48">
            <w:r w:rsidRPr="00913D48">
              <w:t>Nº de eventos e participantes</w:t>
            </w:r>
          </w:p>
        </w:tc>
      </w:tr>
    </w:tbl>
    <w:p w14:paraId="50E80C1E" w14:textId="77777777" w:rsidR="000C4FEC" w:rsidRDefault="000C4FEC"/>
    <w:p w14:paraId="2A1F0BFB" w14:textId="77777777" w:rsidR="00CC6BAC" w:rsidRDefault="00CC6BAC"/>
    <w:p w14:paraId="7125C286" w14:textId="77777777" w:rsidR="000C4FEC" w:rsidRPr="00FA567A" w:rsidRDefault="00000000" w:rsidP="00FA567A">
      <w:pPr>
        <w:pStyle w:val="Ttulo2"/>
        <w:jc w:val="center"/>
        <w:rPr>
          <w:color w:val="000000" w:themeColor="text1"/>
        </w:rPr>
      </w:pPr>
      <w:r w:rsidRPr="00FA567A">
        <w:rPr>
          <w:color w:val="000000" w:themeColor="text1"/>
        </w:rPr>
        <w:t>Eixo Estratégico: Agricultura, Pecuária e Meio Ambiente</w:t>
      </w:r>
    </w:p>
    <w:p w14:paraId="78B40EFB" w14:textId="77777777" w:rsidR="00FA567A" w:rsidRPr="00FA567A" w:rsidRDefault="00FA567A" w:rsidP="00FA567A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81"/>
        <w:gridCol w:w="2200"/>
        <w:gridCol w:w="1728"/>
        <w:gridCol w:w="1728"/>
        <w:gridCol w:w="1728"/>
      </w:tblGrid>
      <w:tr w:rsidR="000C4FEC" w14:paraId="61B809DC" w14:textId="77777777" w:rsidTr="00FA567A">
        <w:trPr>
          <w:jc w:val="center"/>
        </w:trPr>
        <w:tc>
          <w:tcPr>
            <w:tcW w:w="3281" w:type="dxa"/>
          </w:tcPr>
          <w:p w14:paraId="50A47089" w14:textId="77777777" w:rsidR="000C4FEC" w:rsidRPr="00FA567A" w:rsidRDefault="00000000" w:rsidP="00FA567A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Ação Prioritária</w:t>
            </w:r>
          </w:p>
        </w:tc>
        <w:tc>
          <w:tcPr>
            <w:tcW w:w="2200" w:type="dxa"/>
          </w:tcPr>
          <w:p w14:paraId="4F7E1A4D" w14:textId="77777777" w:rsidR="000C4FEC" w:rsidRPr="00FA567A" w:rsidRDefault="00000000" w:rsidP="00FA567A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Objetivo</w:t>
            </w:r>
          </w:p>
        </w:tc>
        <w:tc>
          <w:tcPr>
            <w:tcW w:w="1728" w:type="dxa"/>
          </w:tcPr>
          <w:p w14:paraId="33C3D058" w14:textId="77777777" w:rsidR="000C4FEC" w:rsidRPr="00FA567A" w:rsidRDefault="00000000" w:rsidP="00FA567A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Prazo</w:t>
            </w:r>
          </w:p>
        </w:tc>
        <w:tc>
          <w:tcPr>
            <w:tcW w:w="1728" w:type="dxa"/>
          </w:tcPr>
          <w:p w14:paraId="7A1C87AC" w14:textId="77777777" w:rsidR="000C4FEC" w:rsidRPr="00FA567A" w:rsidRDefault="00000000" w:rsidP="00FA567A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Responsável</w:t>
            </w:r>
          </w:p>
        </w:tc>
        <w:tc>
          <w:tcPr>
            <w:tcW w:w="1728" w:type="dxa"/>
          </w:tcPr>
          <w:p w14:paraId="338DCB2B" w14:textId="77777777" w:rsidR="000C4FEC" w:rsidRPr="00FA567A" w:rsidRDefault="00000000" w:rsidP="00FA567A">
            <w:pPr>
              <w:jc w:val="center"/>
              <w:rPr>
                <w:b/>
                <w:bCs/>
              </w:rPr>
            </w:pPr>
            <w:r w:rsidRPr="00FA567A">
              <w:rPr>
                <w:b/>
                <w:bCs/>
              </w:rPr>
              <w:t>Indicador de Sucesso</w:t>
            </w:r>
          </w:p>
        </w:tc>
      </w:tr>
      <w:tr w:rsidR="000C4FEC" w14:paraId="61403CBC" w14:textId="77777777" w:rsidTr="00FA567A">
        <w:trPr>
          <w:jc w:val="center"/>
        </w:trPr>
        <w:tc>
          <w:tcPr>
            <w:tcW w:w="3281" w:type="dxa"/>
          </w:tcPr>
          <w:p w14:paraId="6C5F2392" w14:textId="77777777" w:rsidR="000C4FEC" w:rsidRDefault="00000000">
            <w:r>
              <w:t>Criar programa de distribuição de sementes</w:t>
            </w:r>
          </w:p>
        </w:tc>
        <w:tc>
          <w:tcPr>
            <w:tcW w:w="2200" w:type="dxa"/>
          </w:tcPr>
          <w:p w14:paraId="18E49266" w14:textId="77777777" w:rsidR="000C4FEC" w:rsidRDefault="00000000">
            <w:r>
              <w:t>Fomentar produção agrícola local</w:t>
            </w:r>
          </w:p>
        </w:tc>
        <w:tc>
          <w:tcPr>
            <w:tcW w:w="1728" w:type="dxa"/>
          </w:tcPr>
          <w:p w14:paraId="13D11E5C" w14:textId="77777777" w:rsidR="000C4FEC" w:rsidRDefault="00000000" w:rsidP="00FA567A">
            <w:pPr>
              <w:jc w:val="center"/>
            </w:pPr>
            <w:r>
              <w:t>Anual</w:t>
            </w:r>
          </w:p>
        </w:tc>
        <w:tc>
          <w:tcPr>
            <w:tcW w:w="1728" w:type="dxa"/>
          </w:tcPr>
          <w:p w14:paraId="588677F4" w14:textId="77777777" w:rsidR="000C4FEC" w:rsidRDefault="00000000">
            <w:r>
              <w:t>Secretaria de Agricultura</w:t>
            </w:r>
          </w:p>
        </w:tc>
        <w:tc>
          <w:tcPr>
            <w:tcW w:w="1728" w:type="dxa"/>
          </w:tcPr>
          <w:p w14:paraId="39B49EE3" w14:textId="77777777" w:rsidR="000C4FEC" w:rsidRDefault="00000000">
            <w:r>
              <w:t>Kg de sementes distribuídas</w:t>
            </w:r>
          </w:p>
        </w:tc>
      </w:tr>
      <w:tr w:rsidR="000C4FEC" w14:paraId="77EF4442" w14:textId="77777777" w:rsidTr="00FA567A">
        <w:trPr>
          <w:jc w:val="center"/>
        </w:trPr>
        <w:tc>
          <w:tcPr>
            <w:tcW w:w="3281" w:type="dxa"/>
          </w:tcPr>
          <w:p w14:paraId="7866E311" w14:textId="77777777" w:rsidR="000C4FEC" w:rsidRDefault="00000000">
            <w:r>
              <w:t>Criar programa de assistência técnica agrícola e veterinária</w:t>
            </w:r>
          </w:p>
        </w:tc>
        <w:tc>
          <w:tcPr>
            <w:tcW w:w="2200" w:type="dxa"/>
          </w:tcPr>
          <w:p w14:paraId="1E21FD29" w14:textId="77777777" w:rsidR="000C4FEC" w:rsidRDefault="00000000">
            <w:r>
              <w:t>Melhorar produtividade rural</w:t>
            </w:r>
          </w:p>
        </w:tc>
        <w:tc>
          <w:tcPr>
            <w:tcW w:w="1728" w:type="dxa"/>
          </w:tcPr>
          <w:p w14:paraId="18F9DCA6" w14:textId="77777777" w:rsidR="000C4FEC" w:rsidRDefault="00000000" w:rsidP="00FA567A">
            <w:pPr>
              <w:jc w:val="center"/>
            </w:pPr>
            <w:r>
              <w:t>2025</w:t>
            </w:r>
          </w:p>
        </w:tc>
        <w:tc>
          <w:tcPr>
            <w:tcW w:w="1728" w:type="dxa"/>
          </w:tcPr>
          <w:p w14:paraId="44927C1C" w14:textId="77777777" w:rsidR="000C4FEC" w:rsidRDefault="00000000">
            <w:r>
              <w:t>Secretaria de Agricultura</w:t>
            </w:r>
          </w:p>
        </w:tc>
        <w:tc>
          <w:tcPr>
            <w:tcW w:w="1728" w:type="dxa"/>
          </w:tcPr>
          <w:p w14:paraId="42B013AA" w14:textId="77777777" w:rsidR="000C4FEC" w:rsidRDefault="00000000">
            <w:r>
              <w:t>Nº de atendimentos realizados</w:t>
            </w:r>
          </w:p>
        </w:tc>
      </w:tr>
      <w:tr w:rsidR="000C4FEC" w14:paraId="2B5EBC7C" w14:textId="77777777" w:rsidTr="00FA567A">
        <w:trPr>
          <w:jc w:val="center"/>
        </w:trPr>
        <w:tc>
          <w:tcPr>
            <w:tcW w:w="3281" w:type="dxa"/>
          </w:tcPr>
          <w:p w14:paraId="311AA092" w14:textId="77777777" w:rsidR="000C4FEC" w:rsidRDefault="00000000">
            <w:r>
              <w:t>Reflorestar áreas da Mata da Boacica e Fonte dos Padres</w:t>
            </w:r>
          </w:p>
        </w:tc>
        <w:tc>
          <w:tcPr>
            <w:tcW w:w="2200" w:type="dxa"/>
          </w:tcPr>
          <w:p w14:paraId="658EDFF9" w14:textId="77777777" w:rsidR="000C4FEC" w:rsidRDefault="00000000">
            <w:r>
              <w:t>Revitalizar áreas ambientais</w:t>
            </w:r>
          </w:p>
        </w:tc>
        <w:tc>
          <w:tcPr>
            <w:tcW w:w="1728" w:type="dxa"/>
          </w:tcPr>
          <w:p w14:paraId="3533329E" w14:textId="77777777" w:rsidR="000C4FEC" w:rsidRDefault="00000000" w:rsidP="00FA567A">
            <w:pPr>
              <w:jc w:val="center"/>
            </w:pPr>
            <w:r>
              <w:t>2026</w:t>
            </w:r>
          </w:p>
        </w:tc>
        <w:tc>
          <w:tcPr>
            <w:tcW w:w="1728" w:type="dxa"/>
          </w:tcPr>
          <w:p w14:paraId="0829A51A" w14:textId="77777777" w:rsidR="000C4FEC" w:rsidRDefault="00000000">
            <w:r>
              <w:t>Secretaria de Meio Ambiente</w:t>
            </w:r>
          </w:p>
        </w:tc>
        <w:tc>
          <w:tcPr>
            <w:tcW w:w="1728" w:type="dxa"/>
          </w:tcPr>
          <w:p w14:paraId="40AF97C8" w14:textId="186816ED" w:rsidR="000C4FEC" w:rsidRDefault="00000000">
            <w:r>
              <w:t xml:space="preserve">Área reflorestada </w:t>
            </w:r>
          </w:p>
        </w:tc>
      </w:tr>
      <w:tr w:rsidR="00913D48" w14:paraId="03DA440D" w14:textId="77777777" w:rsidTr="00FA567A">
        <w:trPr>
          <w:jc w:val="center"/>
        </w:trPr>
        <w:tc>
          <w:tcPr>
            <w:tcW w:w="3281" w:type="dxa"/>
          </w:tcPr>
          <w:p w14:paraId="0B9B63CC" w14:textId="308DCDE5" w:rsidR="00913D48" w:rsidRDefault="00913D48">
            <w:r w:rsidRPr="00913D48">
              <w:t>Criar programa de melhoria genética do rebanho</w:t>
            </w:r>
          </w:p>
        </w:tc>
        <w:tc>
          <w:tcPr>
            <w:tcW w:w="2200" w:type="dxa"/>
          </w:tcPr>
          <w:p w14:paraId="635042A7" w14:textId="59F168AB" w:rsidR="00913D48" w:rsidRDefault="00913D48">
            <w:r w:rsidRPr="00913D48">
              <w:t>Aumentar produtividade da pecuária</w:t>
            </w:r>
          </w:p>
        </w:tc>
        <w:tc>
          <w:tcPr>
            <w:tcW w:w="1728" w:type="dxa"/>
          </w:tcPr>
          <w:p w14:paraId="10A90D37" w14:textId="77777777" w:rsidR="00913D48" w:rsidRDefault="00913D48" w:rsidP="00FA567A">
            <w:pPr>
              <w:jc w:val="center"/>
            </w:pPr>
          </w:p>
          <w:p w14:paraId="1919EDB1" w14:textId="71EC4892" w:rsidR="00913D48" w:rsidRDefault="00913D48" w:rsidP="00FA567A">
            <w:pPr>
              <w:jc w:val="center"/>
            </w:pPr>
            <w:r>
              <w:t>2026</w:t>
            </w:r>
          </w:p>
        </w:tc>
        <w:tc>
          <w:tcPr>
            <w:tcW w:w="1728" w:type="dxa"/>
          </w:tcPr>
          <w:p w14:paraId="12C05DCB" w14:textId="743CE8C8" w:rsidR="00913D48" w:rsidRDefault="00913D48">
            <w:r>
              <w:t>Secretaria de Agricultura</w:t>
            </w:r>
          </w:p>
        </w:tc>
        <w:tc>
          <w:tcPr>
            <w:tcW w:w="1728" w:type="dxa"/>
          </w:tcPr>
          <w:p w14:paraId="78DAFAF3" w14:textId="7EE01EF8" w:rsidR="00913D48" w:rsidRDefault="00913D48">
            <w:r w:rsidRPr="00913D48">
              <w:t>Nº de inseminações realizadas</w:t>
            </w:r>
          </w:p>
        </w:tc>
      </w:tr>
      <w:tr w:rsidR="00913D48" w14:paraId="4FAB572C" w14:textId="77777777" w:rsidTr="00FA567A">
        <w:trPr>
          <w:jc w:val="center"/>
        </w:trPr>
        <w:tc>
          <w:tcPr>
            <w:tcW w:w="3281" w:type="dxa"/>
          </w:tcPr>
          <w:p w14:paraId="5C5DAFDB" w14:textId="71EC93E8" w:rsidR="00913D48" w:rsidRDefault="00913D48">
            <w:r w:rsidRPr="00913D48">
              <w:t>Fomentar uso de alimentos locais na merenda escolar</w:t>
            </w:r>
          </w:p>
        </w:tc>
        <w:tc>
          <w:tcPr>
            <w:tcW w:w="2200" w:type="dxa"/>
          </w:tcPr>
          <w:p w14:paraId="113051BB" w14:textId="7E9E3F1E" w:rsidR="00913D48" w:rsidRDefault="00913D48">
            <w:r w:rsidRPr="00913D48">
              <w:t>Valorizar produção local</w:t>
            </w:r>
          </w:p>
        </w:tc>
        <w:tc>
          <w:tcPr>
            <w:tcW w:w="1728" w:type="dxa"/>
          </w:tcPr>
          <w:p w14:paraId="05BC3F5D" w14:textId="18CDBCBE" w:rsidR="00913D48" w:rsidRDefault="00913D48" w:rsidP="00FA567A">
            <w:pPr>
              <w:jc w:val="center"/>
            </w:pPr>
            <w:r>
              <w:t>Permanente</w:t>
            </w:r>
          </w:p>
        </w:tc>
        <w:tc>
          <w:tcPr>
            <w:tcW w:w="1728" w:type="dxa"/>
          </w:tcPr>
          <w:p w14:paraId="21D790C1" w14:textId="098058E7" w:rsidR="00913D48" w:rsidRDefault="00913D48">
            <w:r w:rsidRPr="00913D48">
              <w:t>Secretaria de Agricultura e Educação</w:t>
            </w:r>
          </w:p>
        </w:tc>
        <w:tc>
          <w:tcPr>
            <w:tcW w:w="1728" w:type="dxa"/>
          </w:tcPr>
          <w:p w14:paraId="65D8F7E7" w14:textId="5CBC0913" w:rsidR="00913D48" w:rsidRDefault="00913D48">
            <w:r w:rsidRPr="00913D48">
              <w:t>Percentual da merenda com produtos locais</w:t>
            </w:r>
          </w:p>
        </w:tc>
      </w:tr>
    </w:tbl>
    <w:p w14:paraId="6C7198F1" w14:textId="77777777" w:rsidR="000C4FEC" w:rsidRDefault="000C4FEC"/>
    <w:p w14:paraId="02B571E9" w14:textId="77777777" w:rsidR="00CC6BAC" w:rsidRDefault="00CC6BAC"/>
    <w:p w14:paraId="6DFA20DB" w14:textId="77777777" w:rsidR="00CC6BAC" w:rsidRDefault="00CC6BAC"/>
    <w:p w14:paraId="5D0542B8" w14:textId="77777777" w:rsidR="000C4FEC" w:rsidRPr="00FA567A" w:rsidRDefault="00000000" w:rsidP="00FA567A">
      <w:pPr>
        <w:pStyle w:val="Ttulo2"/>
        <w:jc w:val="center"/>
        <w:rPr>
          <w:color w:val="000000" w:themeColor="text1"/>
        </w:rPr>
      </w:pPr>
      <w:r w:rsidRPr="00FA567A">
        <w:rPr>
          <w:color w:val="000000" w:themeColor="text1"/>
        </w:rPr>
        <w:lastRenderedPageBreak/>
        <w:t>Eixo Estratégico: Esporte, Lazer e Juventude</w:t>
      </w:r>
    </w:p>
    <w:p w14:paraId="117466CF" w14:textId="77777777" w:rsidR="00FA567A" w:rsidRPr="00FA567A" w:rsidRDefault="00FA567A" w:rsidP="00FA567A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256"/>
        <w:gridCol w:w="2175"/>
        <w:gridCol w:w="1728"/>
        <w:gridCol w:w="1728"/>
        <w:gridCol w:w="1728"/>
      </w:tblGrid>
      <w:tr w:rsidR="000C4FEC" w14:paraId="1A19D3C5" w14:textId="77777777" w:rsidTr="00FA567A">
        <w:trPr>
          <w:jc w:val="center"/>
        </w:trPr>
        <w:tc>
          <w:tcPr>
            <w:tcW w:w="3256" w:type="dxa"/>
          </w:tcPr>
          <w:p w14:paraId="2DDD7FB6" w14:textId="77777777" w:rsidR="000C4FEC" w:rsidRPr="00FA567A" w:rsidRDefault="00000000">
            <w:pPr>
              <w:rPr>
                <w:b/>
                <w:bCs/>
              </w:rPr>
            </w:pPr>
            <w:r w:rsidRPr="00FA567A">
              <w:rPr>
                <w:b/>
                <w:bCs/>
              </w:rPr>
              <w:t>Ação Prioritária</w:t>
            </w:r>
          </w:p>
        </w:tc>
        <w:tc>
          <w:tcPr>
            <w:tcW w:w="2175" w:type="dxa"/>
          </w:tcPr>
          <w:p w14:paraId="25792E0E" w14:textId="77777777" w:rsidR="000C4FEC" w:rsidRPr="00FA567A" w:rsidRDefault="00000000">
            <w:pPr>
              <w:rPr>
                <w:b/>
                <w:bCs/>
              </w:rPr>
            </w:pPr>
            <w:r w:rsidRPr="00FA567A">
              <w:rPr>
                <w:b/>
                <w:bCs/>
              </w:rPr>
              <w:t>Objetivo</w:t>
            </w:r>
          </w:p>
        </w:tc>
        <w:tc>
          <w:tcPr>
            <w:tcW w:w="1728" w:type="dxa"/>
          </w:tcPr>
          <w:p w14:paraId="34E886C2" w14:textId="77777777" w:rsidR="000C4FEC" w:rsidRPr="00FA567A" w:rsidRDefault="00000000">
            <w:pPr>
              <w:rPr>
                <w:b/>
                <w:bCs/>
              </w:rPr>
            </w:pPr>
            <w:r w:rsidRPr="00FA567A">
              <w:rPr>
                <w:b/>
                <w:bCs/>
              </w:rPr>
              <w:t>Prazo</w:t>
            </w:r>
          </w:p>
        </w:tc>
        <w:tc>
          <w:tcPr>
            <w:tcW w:w="1728" w:type="dxa"/>
          </w:tcPr>
          <w:p w14:paraId="578698BE" w14:textId="77777777" w:rsidR="000C4FEC" w:rsidRPr="00FA567A" w:rsidRDefault="00000000">
            <w:pPr>
              <w:rPr>
                <w:b/>
                <w:bCs/>
              </w:rPr>
            </w:pPr>
            <w:r w:rsidRPr="00FA567A">
              <w:rPr>
                <w:b/>
                <w:bCs/>
              </w:rPr>
              <w:t>Responsável</w:t>
            </w:r>
          </w:p>
        </w:tc>
        <w:tc>
          <w:tcPr>
            <w:tcW w:w="1728" w:type="dxa"/>
          </w:tcPr>
          <w:p w14:paraId="619E89D0" w14:textId="77777777" w:rsidR="000C4FEC" w:rsidRPr="00FA567A" w:rsidRDefault="00000000">
            <w:pPr>
              <w:rPr>
                <w:b/>
                <w:bCs/>
              </w:rPr>
            </w:pPr>
            <w:r w:rsidRPr="00FA567A">
              <w:rPr>
                <w:b/>
                <w:bCs/>
              </w:rPr>
              <w:t>Indicador de Sucesso</w:t>
            </w:r>
          </w:p>
        </w:tc>
      </w:tr>
      <w:tr w:rsidR="000C4FEC" w14:paraId="0808F005" w14:textId="77777777" w:rsidTr="00FA567A">
        <w:trPr>
          <w:jc w:val="center"/>
        </w:trPr>
        <w:tc>
          <w:tcPr>
            <w:tcW w:w="3256" w:type="dxa"/>
          </w:tcPr>
          <w:p w14:paraId="6BDDF2EC" w14:textId="77777777" w:rsidR="000C4FEC" w:rsidRDefault="00000000">
            <w:r>
              <w:t>Criar escolinha de futebol</w:t>
            </w:r>
          </w:p>
        </w:tc>
        <w:tc>
          <w:tcPr>
            <w:tcW w:w="2175" w:type="dxa"/>
          </w:tcPr>
          <w:p w14:paraId="3CBD3714" w14:textId="77777777" w:rsidR="000C4FEC" w:rsidRDefault="00000000">
            <w:r>
              <w:t>Fomentar atividades para jovens</w:t>
            </w:r>
          </w:p>
        </w:tc>
        <w:tc>
          <w:tcPr>
            <w:tcW w:w="1728" w:type="dxa"/>
          </w:tcPr>
          <w:p w14:paraId="41F6D11C" w14:textId="77777777" w:rsidR="000C4FEC" w:rsidRDefault="00000000" w:rsidP="00FA567A">
            <w:pPr>
              <w:jc w:val="center"/>
            </w:pPr>
            <w:r>
              <w:t>2025</w:t>
            </w:r>
          </w:p>
        </w:tc>
        <w:tc>
          <w:tcPr>
            <w:tcW w:w="1728" w:type="dxa"/>
          </w:tcPr>
          <w:p w14:paraId="34C0E6A8" w14:textId="77777777" w:rsidR="000C4FEC" w:rsidRDefault="00000000">
            <w:r>
              <w:t>Secretaria de Esportes</w:t>
            </w:r>
          </w:p>
        </w:tc>
        <w:tc>
          <w:tcPr>
            <w:tcW w:w="1728" w:type="dxa"/>
          </w:tcPr>
          <w:p w14:paraId="675D7972" w14:textId="77777777" w:rsidR="000C4FEC" w:rsidRDefault="00000000">
            <w:r>
              <w:t>Nº de jovens matriculados</w:t>
            </w:r>
          </w:p>
        </w:tc>
      </w:tr>
      <w:tr w:rsidR="000C4FEC" w14:paraId="0BA4FAD9" w14:textId="77777777" w:rsidTr="00FA567A">
        <w:trPr>
          <w:jc w:val="center"/>
        </w:trPr>
        <w:tc>
          <w:tcPr>
            <w:tcW w:w="3256" w:type="dxa"/>
          </w:tcPr>
          <w:p w14:paraId="59ECAEFB" w14:textId="77777777" w:rsidR="000C4FEC" w:rsidRDefault="00000000">
            <w:r>
              <w:t>Criar evento Pedala Divina Pastora</w:t>
            </w:r>
          </w:p>
        </w:tc>
        <w:tc>
          <w:tcPr>
            <w:tcW w:w="2175" w:type="dxa"/>
          </w:tcPr>
          <w:p w14:paraId="6801B1BE" w14:textId="77777777" w:rsidR="000C4FEC" w:rsidRDefault="00000000">
            <w:r>
              <w:t>Estimular práticas saudáveis</w:t>
            </w:r>
          </w:p>
        </w:tc>
        <w:tc>
          <w:tcPr>
            <w:tcW w:w="1728" w:type="dxa"/>
          </w:tcPr>
          <w:p w14:paraId="240CA8B5" w14:textId="77777777" w:rsidR="000C4FEC" w:rsidRDefault="00000000" w:rsidP="00FA567A">
            <w:pPr>
              <w:jc w:val="center"/>
            </w:pPr>
            <w:r>
              <w:t>Anual</w:t>
            </w:r>
          </w:p>
        </w:tc>
        <w:tc>
          <w:tcPr>
            <w:tcW w:w="1728" w:type="dxa"/>
          </w:tcPr>
          <w:p w14:paraId="14B0E3B3" w14:textId="77777777" w:rsidR="000C4FEC" w:rsidRDefault="00000000">
            <w:r>
              <w:t>Secretaria de Esportes</w:t>
            </w:r>
          </w:p>
        </w:tc>
        <w:tc>
          <w:tcPr>
            <w:tcW w:w="1728" w:type="dxa"/>
          </w:tcPr>
          <w:p w14:paraId="611C097D" w14:textId="77777777" w:rsidR="000C4FEC" w:rsidRDefault="00000000">
            <w:r>
              <w:t>Participantes por edição</w:t>
            </w:r>
          </w:p>
        </w:tc>
      </w:tr>
      <w:tr w:rsidR="000C4FEC" w14:paraId="47C2DBAF" w14:textId="77777777" w:rsidTr="00FA567A">
        <w:trPr>
          <w:jc w:val="center"/>
        </w:trPr>
        <w:tc>
          <w:tcPr>
            <w:tcW w:w="3256" w:type="dxa"/>
          </w:tcPr>
          <w:p w14:paraId="533802AA" w14:textId="77777777" w:rsidR="000C4FEC" w:rsidRDefault="00000000">
            <w:r>
              <w:t>Implantar programa de combate às drogas</w:t>
            </w:r>
          </w:p>
        </w:tc>
        <w:tc>
          <w:tcPr>
            <w:tcW w:w="2175" w:type="dxa"/>
          </w:tcPr>
          <w:p w14:paraId="26CB1790" w14:textId="77777777" w:rsidR="000C4FEC" w:rsidRDefault="00000000">
            <w:r>
              <w:t>Reduzir vulnerabilidade juvenil</w:t>
            </w:r>
          </w:p>
        </w:tc>
        <w:tc>
          <w:tcPr>
            <w:tcW w:w="1728" w:type="dxa"/>
          </w:tcPr>
          <w:p w14:paraId="5853C70D" w14:textId="77777777" w:rsidR="000C4FEC" w:rsidRDefault="00000000" w:rsidP="00FA567A">
            <w:pPr>
              <w:jc w:val="center"/>
            </w:pPr>
            <w:r>
              <w:t>2025–2028</w:t>
            </w:r>
          </w:p>
        </w:tc>
        <w:tc>
          <w:tcPr>
            <w:tcW w:w="1728" w:type="dxa"/>
          </w:tcPr>
          <w:p w14:paraId="21083277" w14:textId="77777777" w:rsidR="000C4FEC" w:rsidRDefault="00000000">
            <w:r>
              <w:t>Secretaria de Juventude e Assistência</w:t>
            </w:r>
          </w:p>
        </w:tc>
        <w:tc>
          <w:tcPr>
            <w:tcW w:w="1728" w:type="dxa"/>
          </w:tcPr>
          <w:p w14:paraId="5284B28E" w14:textId="77777777" w:rsidR="000C4FEC" w:rsidRDefault="00000000">
            <w:r>
              <w:t>Nº de beneficiados</w:t>
            </w:r>
          </w:p>
        </w:tc>
      </w:tr>
      <w:tr w:rsidR="00913D48" w14:paraId="1A87DA21" w14:textId="77777777" w:rsidTr="00FA567A">
        <w:trPr>
          <w:jc w:val="center"/>
        </w:trPr>
        <w:tc>
          <w:tcPr>
            <w:tcW w:w="3256" w:type="dxa"/>
          </w:tcPr>
          <w:p w14:paraId="606D2BDF" w14:textId="7F645890" w:rsidR="00913D48" w:rsidRDefault="00913D48">
            <w:r w:rsidRPr="00913D48">
              <w:t>Adquirir micro-ônibus para transporte de atletas</w:t>
            </w:r>
          </w:p>
        </w:tc>
        <w:tc>
          <w:tcPr>
            <w:tcW w:w="2175" w:type="dxa"/>
          </w:tcPr>
          <w:p w14:paraId="5738F9A7" w14:textId="5E0CAA17" w:rsidR="00913D48" w:rsidRDefault="00913D48">
            <w:r w:rsidRPr="00913D48">
              <w:t>Garantir logística para participação em competições</w:t>
            </w:r>
          </w:p>
        </w:tc>
        <w:tc>
          <w:tcPr>
            <w:tcW w:w="1728" w:type="dxa"/>
          </w:tcPr>
          <w:p w14:paraId="6ED51B13" w14:textId="77777777" w:rsidR="00913D48" w:rsidRDefault="00913D48" w:rsidP="00FA567A">
            <w:pPr>
              <w:jc w:val="center"/>
            </w:pPr>
          </w:p>
          <w:p w14:paraId="3FCE6E3C" w14:textId="03D072EA" w:rsidR="00913D48" w:rsidRDefault="00913D48" w:rsidP="00FA567A">
            <w:pPr>
              <w:jc w:val="center"/>
            </w:pPr>
            <w:r>
              <w:t>2025</w:t>
            </w:r>
          </w:p>
        </w:tc>
        <w:tc>
          <w:tcPr>
            <w:tcW w:w="1728" w:type="dxa"/>
          </w:tcPr>
          <w:p w14:paraId="6D67C338" w14:textId="217D961B" w:rsidR="00913D48" w:rsidRDefault="00913D48">
            <w:r>
              <w:t>Secretaria de Esportes</w:t>
            </w:r>
          </w:p>
        </w:tc>
        <w:tc>
          <w:tcPr>
            <w:tcW w:w="1728" w:type="dxa"/>
          </w:tcPr>
          <w:p w14:paraId="40B929DD" w14:textId="1C3B9C71" w:rsidR="00913D48" w:rsidRDefault="00913D48">
            <w:r w:rsidRPr="00913D48">
              <w:t>Veículo adquirido e em operação</w:t>
            </w:r>
          </w:p>
        </w:tc>
      </w:tr>
      <w:tr w:rsidR="00913D48" w14:paraId="2C095EFD" w14:textId="77777777" w:rsidTr="00FA567A">
        <w:trPr>
          <w:jc w:val="center"/>
        </w:trPr>
        <w:tc>
          <w:tcPr>
            <w:tcW w:w="3256" w:type="dxa"/>
          </w:tcPr>
          <w:p w14:paraId="5B35A5FE" w14:textId="5542BE03" w:rsidR="00913D48" w:rsidRPr="00913D48" w:rsidRDefault="00913D48">
            <w:r w:rsidRPr="00913D48">
              <w:t>Realizar evento "Melhores do Ano no Esporte"</w:t>
            </w:r>
          </w:p>
        </w:tc>
        <w:tc>
          <w:tcPr>
            <w:tcW w:w="2175" w:type="dxa"/>
          </w:tcPr>
          <w:p w14:paraId="342DE634" w14:textId="23CB2253" w:rsidR="00913D48" w:rsidRDefault="00913D48">
            <w:r w:rsidRPr="00913D48">
              <w:t>Valorizar talentos esportivos locais</w:t>
            </w:r>
          </w:p>
        </w:tc>
        <w:tc>
          <w:tcPr>
            <w:tcW w:w="1728" w:type="dxa"/>
          </w:tcPr>
          <w:p w14:paraId="5FE52611" w14:textId="20F171B4" w:rsidR="00913D48" w:rsidRDefault="00913D48" w:rsidP="00FA567A">
            <w:pPr>
              <w:jc w:val="center"/>
            </w:pPr>
            <w:r>
              <w:t>Anual</w:t>
            </w:r>
          </w:p>
        </w:tc>
        <w:tc>
          <w:tcPr>
            <w:tcW w:w="1728" w:type="dxa"/>
          </w:tcPr>
          <w:p w14:paraId="74F23775" w14:textId="69F43FD4" w:rsidR="00913D48" w:rsidRDefault="00913D48">
            <w:r>
              <w:t>Secretaria de Esportes</w:t>
            </w:r>
          </w:p>
        </w:tc>
        <w:tc>
          <w:tcPr>
            <w:tcW w:w="1728" w:type="dxa"/>
          </w:tcPr>
          <w:p w14:paraId="0B46892E" w14:textId="57E5ED47" w:rsidR="00913D48" w:rsidRDefault="00913D48">
            <w:r w:rsidRPr="00913D48">
              <w:t>Nº de premiados e participantes</w:t>
            </w:r>
          </w:p>
        </w:tc>
      </w:tr>
    </w:tbl>
    <w:p w14:paraId="1972AA35" w14:textId="77777777" w:rsidR="000C4FEC" w:rsidRDefault="000C4FEC"/>
    <w:p w14:paraId="5EF880BA" w14:textId="77777777" w:rsidR="000C4FEC" w:rsidRPr="00913D48" w:rsidRDefault="00000000" w:rsidP="00FA567A">
      <w:pPr>
        <w:pStyle w:val="Ttulo2"/>
        <w:jc w:val="center"/>
        <w:rPr>
          <w:color w:val="000000" w:themeColor="text1"/>
        </w:rPr>
      </w:pPr>
      <w:r w:rsidRPr="00913D48">
        <w:rPr>
          <w:color w:val="000000" w:themeColor="text1"/>
        </w:rPr>
        <w:t>Eixo Estratégico: Cultura</w:t>
      </w:r>
    </w:p>
    <w:p w14:paraId="20F906EF" w14:textId="77777777" w:rsidR="00FA567A" w:rsidRPr="00FA567A" w:rsidRDefault="00FA567A" w:rsidP="00FA567A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195"/>
        <w:gridCol w:w="2115"/>
        <w:gridCol w:w="1728"/>
        <w:gridCol w:w="1728"/>
        <w:gridCol w:w="1728"/>
      </w:tblGrid>
      <w:tr w:rsidR="000C4FEC" w14:paraId="7DD4761A" w14:textId="77777777" w:rsidTr="00FA567A">
        <w:trPr>
          <w:jc w:val="center"/>
        </w:trPr>
        <w:tc>
          <w:tcPr>
            <w:tcW w:w="3195" w:type="dxa"/>
          </w:tcPr>
          <w:p w14:paraId="7E6F58BA" w14:textId="77777777" w:rsidR="000C4FEC" w:rsidRPr="00FA567A" w:rsidRDefault="00000000">
            <w:pPr>
              <w:rPr>
                <w:b/>
                <w:bCs/>
              </w:rPr>
            </w:pPr>
            <w:r w:rsidRPr="00FA567A">
              <w:rPr>
                <w:b/>
                <w:bCs/>
              </w:rPr>
              <w:t>Ação Prioritária</w:t>
            </w:r>
          </w:p>
        </w:tc>
        <w:tc>
          <w:tcPr>
            <w:tcW w:w="2115" w:type="dxa"/>
          </w:tcPr>
          <w:p w14:paraId="10ABCCC3" w14:textId="77777777" w:rsidR="000C4FEC" w:rsidRPr="00FA567A" w:rsidRDefault="00000000">
            <w:pPr>
              <w:rPr>
                <w:b/>
                <w:bCs/>
              </w:rPr>
            </w:pPr>
            <w:r w:rsidRPr="00FA567A">
              <w:rPr>
                <w:b/>
                <w:bCs/>
              </w:rPr>
              <w:t>Objetivo</w:t>
            </w:r>
          </w:p>
        </w:tc>
        <w:tc>
          <w:tcPr>
            <w:tcW w:w="1728" w:type="dxa"/>
          </w:tcPr>
          <w:p w14:paraId="29DB0B9D" w14:textId="77777777" w:rsidR="000C4FEC" w:rsidRPr="00FA567A" w:rsidRDefault="00000000">
            <w:pPr>
              <w:rPr>
                <w:b/>
                <w:bCs/>
              </w:rPr>
            </w:pPr>
            <w:r w:rsidRPr="00FA567A">
              <w:rPr>
                <w:b/>
                <w:bCs/>
              </w:rPr>
              <w:t>Prazo</w:t>
            </w:r>
          </w:p>
        </w:tc>
        <w:tc>
          <w:tcPr>
            <w:tcW w:w="1728" w:type="dxa"/>
          </w:tcPr>
          <w:p w14:paraId="53595768" w14:textId="77777777" w:rsidR="000C4FEC" w:rsidRPr="00FA567A" w:rsidRDefault="00000000">
            <w:pPr>
              <w:rPr>
                <w:b/>
                <w:bCs/>
              </w:rPr>
            </w:pPr>
            <w:r w:rsidRPr="00FA567A">
              <w:rPr>
                <w:b/>
                <w:bCs/>
              </w:rPr>
              <w:t>Responsável</w:t>
            </w:r>
          </w:p>
        </w:tc>
        <w:tc>
          <w:tcPr>
            <w:tcW w:w="1728" w:type="dxa"/>
          </w:tcPr>
          <w:p w14:paraId="257B14AA" w14:textId="77777777" w:rsidR="000C4FEC" w:rsidRPr="00FA567A" w:rsidRDefault="00000000">
            <w:pPr>
              <w:rPr>
                <w:b/>
                <w:bCs/>
              </w:rPr>
            </w:pPr>
            <w:r w:rsidRPr="00FA567A">
              <w:rPr>
                <w:b/>
                <w:bCs/>
              </w:rPr>
              <w:t>Indicador de Sucesso</w:t>
            </w:r>
          </w:p>
        </w:tc>
      </w:tr>
      <w:tr w:rsidR="000C4FEC" w14:paraId="7CA47883" w14:textId="77777777" w:rsidTr="00FA567A">
        <w:trPr>
          <w:jc w:val="center"/>
        </w:trPr>
        <w:tc>
          <w:tcPr>
            <w:tcW w:w="3195" w:type="dxa"/>
          </w:tcPr>
          <w:p w14:paraId="5AC3B410" w14:textId="77777777" w:rsidR="000C4FEC" w:rsidRDefault="00000000">
            <w:r>
              <w:t>Criar Espaço Cultural</w:t>
            </w:r>
          </w:p>
        </w:tc>
        <w:tc>
          <w:tcPr>
            <w:tcW w:w="2115" w:type="dxa"/>
          </w:tcPr>
          <w:p w14:paraId="20DFA3F4" w14:textId="77777777" w:rsidR="000C4FEC" w:rsidRDefault="00000000">
            <w:r>
              <w:t>Fomentar e preservar manifestações culturais</w:t>
            </w:r>
          </w:p>
        </w:tc>
        <w:tc>
          <w:tcPr>
            <w:tcW w:w="1728" w:type="dxa"/>
          </w:tcPr>
          <w:p w14:paraId="4FFA3B2B" w14:textId="77777777" w:rsidR="00FA567A" w:rsidRDefault="00FA567A" w:rsidP="00FA567A">
            <w:pPr>
              <w:jc w:val="center"/>
            </w:pPr>
          </w:p>
          <w:p w14:paraId="3EA18ED3" w14:textId="74111FB4" w:rsidR="000C4FEC" w:rsidRDefault="00000000" w:rsidP="00FA567A">
            <w:pPr>
              <w:jc w:val="center"/>
            </w:pPr>
            <w:r>
              <w:t>2025</w:t>
            </w:r>
          </w:p>
        </w:tc>
        <w:tc>
          <w:tcPr>
            <w:tcW w:w="1728" w:type="dxa"/>
          </w:tcPr>
          <w:p w14:paraId="56F0FD8E" w14:textId="2701739D" w:rsidR="000C4FEC" w:rsidRDefault="003633E0">
            <w:r>
              <w:t xml:space="preserve">Diretoria de Cultura </w:t>
            </w:r>
          </w:p>
        </w:tc>
        <w:tc>
          <w:tcPr>
            <w:tcW w:w="1728" w:type="dxa"/>
          </w:tcPr>
          <w:p w14:paraId="763C26AC" w14:textId="77777777" w:rsidR="000C4FEC" w:rsidRDefault="00000000">
            <w:r>
              <w:t>Espaço implantado</w:t>
            </w:r>
          </w:p>
        </w:tc>
      </w:tr>
      <w:tr w:rsidR="000C4FEC" w14:paraId="18B16DA3" w14:textId="77777777" w:rsidTr="00FA567A">
        <w:trPr>
          <w:jc w:val="center"/>
        </w:trPr>
        <w:tc>
          <w:tcPr>
            <w:tcW w:w="3195" w:type="dxa"/>
          </w:tcPr>
          <w:p w14:paraId="4CB0264F" w14:textId="77777777" w:rsidR="000C4FEC" w:rsidRDefault="00000000">
            <w:r>
              <w:t>Realizar calendário de eventos culturais</w:t>
            </w:r>
          </w:p>
        </w:tc>
        <w:tc>
          <w:tcPr>
            <w:tcW w:w="2115" w:type="dxa"/>
          </w:tcPr>
          <w:p w14:paraId="1CBA941F" w14:textId="77777777" w:rsidR="000C4FEC" w:rsidRDefault="00000000">
            <w:r>
              <w:t>Valorizar identidade local</w:t>
            </w:r>
          </w:p>
        </w:tc>
        <w:tc>
          <w:tcPr>
            <w:tcW w:w="1728" w:type="dxa"/>
          </w:tcPr>
          <w:p w14:paraId="3CD1208F" w14:textId="77777777" w:rsidR="000C4FEC" w:rsidRDefault="00000000" w:rsidP="00FA567A">
            <w:pPr>
              <w:jc w:val="center"/>
            </w:pPr>
            <w:r>
              <w:t>Anual</w:t>
            </w:r>
          </w:p>
        </w:tc>
        <w:tc>
          <w:tcPr>
            <w:tcW w:w="1728" w:type="dxa"/>
          </w:tcPr>
          <w:p w14:paraId="3DDAE9BD" w14:textId="39511DEE" w:rsidR="000C4FEC" w:rsidRDefault="003633E0">
            <w:r>
              <w:t>Diretoria de Cultura</w:t>
            </w:r>
          </w:p>
        </w:tc>
        <w:tc>
          <w:tcPr>
            <w:tcW w:w="1728" w:type="dxa"/>
          </w:tcPr>
          <w:p w14:paraId="1245BEB2" w14:textId="77777777" w:rsidR="000C4FEC" w:rsidRDefault="00000000">
            <w:r>
              <w:t>Nº de eventos realizados</w:t>
            </w:r>
          </w:p>
        </w:tc>
      </w:tr>
      <w:tr w:rsidR="000C4FEC" w14:paraId="0CF2515C" w14:textId="77777777" w:rsidTr="00FA567A">
        <w:trPr>
          <w:jc w:val="center"/>
        </w:trPr>
        <w:tc>
          <w:tcPr>
            <w:tcW w:w="3195" w:type="dxa"/>
          </w:tcPr>
          <w:p w14:paraId="69C7B7D1" w14:textId="14AD7005" w:rsidR="000C4FEC" w:rsidRDefault="00000000">
            <w:r>
              <w:t xml:space="preserve">Promover festivais de música e </w:t>
            </w:r>
            <w:r w:rsidR="003176B1">
              <w:t>literatura</w:t>
            </w:r>
          </w:p>
        </w:tc>
        <w:tc>
          <w:tcPr>
            <w:tcW w:w="2115" w:type="dxa"/>
          </w:tcPr>
          <w:p w14:paraId="2DE3B035" w14:textId="77777777" w:rsidR="000C4FEC" w:rsidRDefault="00000000">
            <w:r>
              <w:t>Revelar talentos e engajar a comunidade</w:t>
            </w:r>
          </w:p>
        </w:tc>
        <w:tc>
          <w:tcPr>
            <w:tcW w:w="1728" w:type="dxa"/>
          </w:tcPr>
          <w:p w14:paraId="5E387C4B" w14:textId="77777777" w:rsidR="00FA567A" w:rsidRDefault="00FA567A" w:rsidP="00FA567A">
            <w:pPr>
              <w:jc w:val="center"/>
            </w:pPr>
          </w:p>
          <w:p w14:paraId="12EBAE95" w14:textId="4DBCC759" w:rsidR="000C4FEC" w:rsidRDefault="00000000" w:rsidP="00FA567A">
            <w:pPr>
              <w:jc w:val="center"/>
            </w:pPr>
            <w:r>
              <w:t>Bienal</w:t>
            </w:r>
          </w:p>
        </w:tc>
        <w:tc>
          <w:tcPr>
            <w:tcW w:w="1728" w:type="dxa"/>
          </w:tcPr>
          <w:p w14:paraId="76954EFC" w14:textId="4190E69E" w:rsidR="000C4FEC" w:rsidRDefault="003633E0">
            <w:r>
              <w:t>Diretoria de Cultura</w:t>
            </w:r>
          </w:p>
        </w:tc>
        <w:tc>
          <w:tcPr>
            <w:tcW w:w="1728" w:type="dxa"/>
          </w:tcPr>
          <w:p w14:paraId="590416FA" w14:textId="77777777" w:rsidR="000C4FEC" w:rsidRDefault="00000000">
            <w:r>
              <w:t>Nº de artistas envolvidos</w:t>
            </w:r>
          </w:p>
        </w:tc>
      </w:tr>
      <w:tr w:rsidR="00913D48" w14:paraId="23F79361" w14:textId="77777777" w:rsidTr="00FA567A">
        <w:trPr>
          <w:jc w:val="center"/>
        </w:trPr>
        <w:tc>
          <w:tcPr>
            <w:tcW w:w="3195" w:type="dxa"/>
          </w:tcPr>
          <w:p w14:paraId="0BD7C17D" w14:textId="07BD421B" w:rsidR="00913D48" w:rsidRDefault="00913D48">
            <w:r w:rsidRPr="00913D48">
              <w:t>Comemorar o Dia da Consciência Negra e do Evangélico</w:t>
            </w:r>
          </w:p>
        </w:tc>
        <w:tc>
          <w:tcPr>
            <w:tcW w:w="2115" w:type="dxa"/>
          </w:tcPr>
          <w:p w14:paraId="6F268AFC" w14:textId="4F5783C7" w:rsidR="00913D48" w:rsidRDefault="00913D48">
            <w:r w:rsidRPr="00913D48">
              <w:t>Valorizar diversidade cultural e religiosa</w:t>
            </w:r>
          </w:p>
        </w:tc>
        <w:tc>
          <w:tcPr>
            <w:tcW w:w="1728" w:type="dxa"/>
          </w:tcPr>
          <w:p w14:paraId="493FF465" w14:textId="77777777" w:rsidR="00913D48" w:rsidRDefault="00913D48" w:rsidP="00FA567A">
            <w:pPr>
              <w:jc w:val="center"/>
            </w:pPr>
          </w:p>
          <w:p w14:paraId="34AED6B1" w14:textId="60CF3586" w:rsidR="00913D48" w:rsidRDefault="00913D48" w:rsidP="00FA567A">
            <w:pPr>
              <w:jc w:val="center"/>
            </w:pPr>
            <w:r>
              <w:t>Anual</w:t>
            </w:r>
          </w:p>
        </w:tc>
        <w:tc>
          <w:tcPr>
            <w:tcW w:w="1728" w:type="dxa"/>
          </w:tcPr>
          <w:p w14:paraId="326F0291" w14:textId="375A24C2" w:rsidR="00913D48" w:rsidRDefault="003633E0">
            <w:r>
              <w:t>Diretoria de Cultura</w:t>
            </w:r>
          </w:p>
        </w:tc>
        <w:tc>
          <w:tcPr>
            <w:tcW w:w="1728" w:type="dxa"/>
          </w:tcPr>
          <w:p w14:paraId="67C24C57" w14:textId="71DC4B79" w:rsidR="00913D48" w:rsidRDefault="003633E0">
            <w:r w:rsidRPr="003633E0">
              <w:t>Nº de participantes nos eventos</w:t>
            </w:r>
          </w:p>
        </w:tc>
      </w:tr>
      <w:tr w:rsidR="00913D48" w14:paraId="38987905" w14:textId="77777777" w:rsidTr="00FA567A">
        <w:trPr>
          <w:jc w:val="center"/>
        </w:trPr>
        <w:tc>
          <w:tcPr>
            <w:tcW w:w="3195" w:type="dxa"/>
          </w:tcPr>
          <w:p w14:paraId="3BA113AB" w14:textId="03965779" w:rsidR="00913D48" w:rsidRDefault="00913D48">
            <w:r w:rsidRPr="00913D48">
              <w:t>Resgatar as quadrilhas juninas e os festejos</w:t>
            </w:r>
          </w:p>
        </w:tc>
        <w:tc>
          <w:tcPr>
            <w:tcW w:w="2115" w:type="dxa"/>
          </w:tcPr>
          <w:p w14:paraId="2D7C54AC" w14:textId="0694ABC3" w:rsidR="00913D48" w:rsidRDefault="00913D48">
            <w:r w:rsidRPr="00913D48">
              <w:t>Preservar cultura popular</w:t>
            </w:r>
          </w:p>
        </w:tc>
        <w:tc>
          <w:tcPr>
            <w:tcW w:w="1728" w:type="dxa"/>
          </w:tcPr>
          <w:p w14:paraId="15C92440" w14:textId="29C97128" w:rsidR="00913D48" w:rsidRDefault="00913D48" w:rsidP="00FA567A">
            <w:pPr>
              <w:jc w:val="center"/>
            </w:pPr>
            <w:r>
              <w:t>Anual</w:t>
            </w:r>
          </w:p>
        </w:tc>
        <w:tc>
          <w:tcPr>
            <w:tcW w:w="1728" w:type="dxa"/>
          </w:tcPr>
          <w:p w14:paraId="608075F4" w14:textId="3B6D31E5" w:rsidR="00913D48" w:rsidRDefault="003633E0">
            <w:r>
              <w:t>Diretoria de Cultura</w:t>
            </w:r>
          </w:p>
        </w:tc>
        <w:tc>
          <w:tcPr>
            <w:tcW w:w="1728" w:type="dxa"/>
          </w:tcPr>
          <w:p w14:paraId="3B39EF27" w14:textId="1EA8E26A" w:rsidR="00913D48" w:rsidRDefault="003633E0">
            <w:r w:rsidRPr="003633E0">
              <w:t>Nº de grupos participantes</w:t>
            </w:r>
          </w:p>
        </w:tc>
      </w:tr>
      <w:bookmarkEnd w:id="0"/>
    </w:tbl>
    <w:p w14:paraId="4727F669" w14:textId="77777777" w:rsidR="000C4FEC" w:rsidRDefault="000C4FEC"/>
    <w:sectPr w:rsidR="000C4FEC" w:rsidSect="00E91A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92C52" w14:textId="77777777" w:rsidR="008C18A8" w:rsidRDefault="008C18A8" w:rsidP="00657AAF">
      <w:pPr>
        <w:spacing w:after="0" w:line="240" w:lineRule="auto"/>
      </w:pPr>
      <w:r>
        <w:separator/>
      </w:r>
    </w:p>
  </w:endnote>
  <w:endnote w:type="continuationSeparator" w:id="0">
    <w:p w14:paraId="57FA05A4" w14:textId="77777777" w:rsidR="008C18A8" w:rsidRDefault="008C18A8" w:rsidP="00657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222DE2" w14:textId="77777777" w:rsidR="00657AAF" w:rsidRDefault="00657A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A1E85" w14:textId="77777777" w:rsidR="00657AAF" w:rsidRDefault="00657A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02080" w14:textId="77777777" w:rsidR="00657AAF" w:rsidRDefault="00657A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62CFA1" w14:textId="77777777" w:rsidR="008C18A8" w:rsidRDefault="008C18A8" w:rsidP="00657AAF">
      <w:pPr>
        <w:spacing w:after="0" w:line="240" w:lineRule="auto"/>
      </w:pPr>
      <w:r>
        <w:separator/>
      </w:r>
    </w:p>
  </w:footnote>
  <w:footnote w:type="continuationSeparator" w:id="0">
    <w:p w14:paraId="2E827570" w14:textId="77777777" w:rsidR="008C18A8" w:rsidRDefault="008C18A8" w:rsidP="00657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5B874" w14:textId="4CD0EB4E" w:rsidR="00657AAF" w:rsidRDefault="00657AAF">
    <w:pPr>
      <w:pStyle w:val="Cabealho"/>
    </w:pPr>
    <w:r>
      <w:rPr>
        <w:noProof/>
      </w:rPr>
      <w:pict w14:anchorId="05DFF7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8516" o:spid="_x0000_s1026" type="#_x0000_t75" style="position:absolute;margin-left:0;margin-top:0;width:537.55pt;height:333.15pt;z-index:-251657216;mso-position-horizontal:center;mso-position-horizontal-relative:margin;mso-position-vertical:center;mso-position-vertical-relative:margin" o:allowincell="f">
          <v:imagedata r:id="rId1" o:title="LOGO (1)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DDEC3" w14:textId="7C235C72" w:rsidR="00657AAF" w:rsidRDefault="00657AAF">
    <w:pPr>
      <w:pStyle w:val="Cabealho"/>
    </w:pPr>
    <w:r>
      <w:rPr>
        <w:noProof/>
      </w:rPr>
      <w:pict w14:anchorId="739E7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8517" o:spid="_x0000_s1027" type="#_x0000_t75" style="position:absolute;margin-left:0;margin-top:0;width:537.55pt;height:333.15pt;z-index:-251656192;mso-position-horizontal:center;mso-position-horizontal-relative:margin;mso-position-vertical:center;mso-position-vertical-relative:margin" o:allowincell="f">
          <v:imagedata r:id="rId1" o:title="LOGO (1)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C073E" w14:textId="5BABAE55" w:rsidR="00657AAF" w:rsidRDefault="00657AAF">
    <w:pPr>
      <w:pStyle w:val="Cabealho"/>
    </w:pPr>
    <w:r>
      <w:rPr>
        <w:noProof/>
      </w:rPr>
      <w:pict w14:anchorId="644BD9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78515" o:spid="_x0000_s1025" type="#_x0000_t75" style="position:absolute;margin-left:0;margin-top:0;width:537.55pt;height:333.15pt;z-index:-251658240;mso-position-horizontal:center;mso-position-horizontal-relative:margin;mso-position-vertical:center;mso-position-vertical-relative:margin" o:allowincell="f">
          <v:imagedata r:id="rId1" o:title="LOGO (1)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4462349">
    <w:abstractNumId w:val="8"/>
  </w:num>
  <w:num w:numId="2" w16cid:durableId="2017995717">
    <w:abstractNumId w:val="6"/>
  </w:num>
  <w:num w:numId="3" w16cid:durableId="1527869264">
    <w:abstractNumId w:val="5"/>
  </w:num>
  <w:num w:numId="4" w16cid:durableId="761605364">
    <w:abstractNumId w:val="4"/>
  </w:num>
  <w:num w:numId="5" w16cid:durableId="660278805">
    <w:abstractNumId w:val="7"/>
  </w:num>
  <w:num w:numId="6" w16cid:durableId="734006834">
    <w:abstractNumId w:val="3"/>
  </w:num>
  <w:num w:numId="7" w16cid:durableId="1949459538">
    <w:abstractNumId w:val="2"/>
  </w:num>
  <w:num w:numId="8" w16cid:durableId="220752478">
    <w:abstractNumId w:val="1"/>
  </w:num>
  <w:num w:numId="9" w16cid:durableId="131410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C4FEC"/>
    <w:rsid w:val="0015074B"/>
    <w:rsid w:val="0029639D"/>
    <w:rsid w:val="003176B1"/>
    <w:rsid w:val="00326F90"/>
    <w:rsid w:val="003633E0"/>
    <w:rsid w:val="00604124"/>
    <w:rsid w:val="00657AAF"/>
    <w:rsid w:val="008C18A8"/>
    <w:rsid w:val="00913D48"/>
    <w:rsid w:val="009350E0"/>
    <w:rsid w:val="00AA1D8D"/>
    <w:rsid w:val="00B47730"/>
    <w:rsid w:val="00CB0664"/>
    <w:rsid w:val="00CC6BAC"/>
    <w:rsid w:val="00D77D8D"/>
    <w:rsid w:val="00E91ABE"/>
    <w:rsid w:val="00FA567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9E256E"/>
  <w14:defaultImageDpi w14:val="300"/>
  <w15:docId w15:val="{F50CD27C-B707-442D-9299-1E95DE90B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1112</Words>
  <Characters>6009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7107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ADM DIVINA</cp:lastModifiedBy>
  <cp:revision>3</cp:revision>
  <dcterms:created xsi:type="dcterms:W3CDTF">2025-05-15T00:09:00Z</dcterms:created>
  <dcterms:modified xsi:type="dcterms:W3CDTF">2025-05-15T00:18:00Z</dcterms:modified>
  <cp:category/>
</cp:coreProperties>
</file>